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96E75" w14:textId="1BD8D792" w:rsidR="00C3208A" w:rsidRPr="00C3208A" w:rsidRDefault="00000000" w:rsidP="00C3208A">
      <w:pPr>
        <w:spacing w:after="240"/>
        <w:jc w:val="center"/>
        <w:rPr>
          <w:b/>
          <w:color w:val="F4B400"/>
        </w:rPr>
      </w:pPr>
      <w:r>
        <w:rPr>
          <w:b/>
          <w:color w:val="F4B400"/>
        </w:rPr>
        <w:t>BAPPERIDA KOTA BANJARBARU</w:t>
      </w:r>
    </w:p>
    <w:p w14:paraId="4FDDAAB9" w14:textId="653FC2B0" w:rsidR="009E1F27" w:rsidRDefault="00000000">
      <w:pPr>
        <w:spacing w:after="200"/>
        <w:jc w:val="center"/>
      </w:pPr>
      <w:r>
        <w:rPr>
          <w:b/>
          <w:color w:val="0B2D5A"/>
          <w:sz w:val="48"/>
        </w:rPr>
        <w:t>PEDOMAN PENGISIAN</w:t>
      </w:r>
      <w:r>
        <w:rPr>
          <w:b/>
          <w:color w:val="0B2D5A"/>
          <w:sz w:val="48"/>
        </w:rPr>
        <w:br/>
        <w:t>INSTRUMEN SINERGI BRAVO</w:t>
      </w:r>
    </w:p>
    <w:p w14:paraId="2CA2B100" w14:textId="3BF71C1A" w:rsidR="00C3208A" w:rsidRDefault="00000000" w:rsidP="00C3208A">
      <w:pPr>
        <w:spacing w:after="480"/>
        <w:jc w:val="center"/>
        <w:rPr>
          <w:b/>
          <w:color w:val="5E6B78"/>
          <w:sz w:val="26"/>
        </w:rPr>
      </w:pPr>
      <w:r>
        <w:rPr>
          <w:b/>
          <w:color w:val="5E6B78"/>
          <w:sz w:val="26"/>
        </w:rPr>
        <w:t>FRM-01 sampai dengan FRM-04</w:t>
      </w:r>
    </w:p>
    <w:p w14:paraId="0E77D7C8" w14:textId="11FDE692" w:rsidR="00C3208A" w:rsidRDefault="00C3208A">
      <w:pPr>
        <w:spacing w:after="480"/>
        <w:jc w:val="center"/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557E3C9A" wp14:editId="602E02E9">
            <wp:simplePos x="0" y="0"/>
            <wp:positionH relativeFrom="column">
              <wp:posOffset>1397635</wp:posOffset>
            </wp:positionH>
            <wp:positionV relativeFrom="paragraph">
              <wp:posOffset>61429</wp:posOffset>
            </wp:positionV>
            <wp:extent cx="1999375" cy="2846567"/>
            <wp:effectExtent l="0" t="0" r="0" b="0"/>
            <wp:wrapNone/>
            <wp:docPr id="1110621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21259" name="Picture 111062125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99375" cy="28465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C557D" w14:textId="7841D3C4" w:rsidR="00C3208A" w:rsidRDefault="00C3208A">
      <w:pPr>
        <w:spacing w:after="480"/>
        <w:jc w:val="center"/>
      </w:pPr>
    </w:p>
    <w:p w14:paraId="6F3DF4F8" w14:textId="04E649D9" w:rsidR="00C3208A" w:rsidRDefault="00C3208A">
      <w:pPr>
        <w:spacing w:after="480"/>
        <w:jc w:val="center"/>
      </w:pPr>
    </w:p>
    <w:p w14:paraId="0221BC48" w14:textId="77777777" w:rsidR="00C3208A" w:rsidRDefault="00C3208A">
      <w:pPr>
        <w:spacing w:after="480"/>
        <w:jc w:val="center"/>
      </w:pPr>
    </w:p>
    <w:p w14:paraId="36FF3270" w14:textId="77777777" w:rsidR="00C3208A" w:rsidRDefault="00C3208A">
      <w:pPr>
        <w:spacing w:after="480"/>
        <w:jc w:val="center"/>
      </w:pPr>
    </w:p>
    <w:p w14:paraId="3D1CC107" w14:textId="77777777" w:rsidR="00C3208A" w:rsidRDefault="00C3208A">
      <w:pPr>
        <w:spacing w:after="480"/>
        <w:jc w:val="center"/>
      </w:pPr>
    </w:p>
    <w:p w14:paraId="2FFA8B10" w14:textId="77777777" w:rsidR="00C3208A" w:rsidRDefault="00C3208A">
      <w:pPr>
        <w:spacing w:after="480"/>
        <w:jc w:val="center"/>
      </w:pP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7937"/>
      </w:tblGrid>
      <w:tr w:rsidR="009E1F27" w14:paraId="1853D102" w14:textId="77777777">
        <w:tc>
          <w:tcPr>
            <w:tcW w:w="7937" w:type="dxa"/>
            <w:shd w:val="clear" w:color="auto" w:fill="FFF6D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D6CBC3" w14:textId="77777777" w:rsidR="009E1F27" w:rsidRDefault="00000000">
            <w:pPr>
              <w:spacing w:before="20" w:after="20" w:line="264" w:lineRule="auto"/>
            </w:pPr>
            <w:r>
              <w:rPr>
                <w:b/>
                <w:color w:val="0B2D5A"/>
                <w:sz w:val="19"/>
              </w:rPr>
              <w:t xml:space="preserve">Prinsip utama: </w:t>
            </w:r>
            <w:r>
              <w:rPr>
                <w:sz w:val="19"/>
              </w:rPr>
              <w:t xml:space="preserve">Empat formulir, satu alur data. Setiap informasi dicatat satu kali, digunakan pada tahap berikutnya, dan ditampilkan kembali melalui </w:t>
            </w:r>
            <w:r w:rsidRPr="007E6C20">
              <w:rPr>
                <w:i/>
                <w:iCs/>
                <w:sz w:val="19"/>
              </w:rPr>
              <w:t>dashboard</w:t>
            </w:r>
            <w:r>
              <w:rPr>
                <w:sz w:val="19"/>
              </w:rPr>
              <w:t>.</w:t>
            </w:r>
          </w:p>
        </w:tc>
      </w:tr>
    </w:tbl>
    <w:p w14:paraId="6285F30C" w14:textId="77777777" w:rsidR="009E1F27" w:rsidRDefault="009E1F27">
      <w:pPr>
        <w:spacing w:after="0"/>
      </w:pP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6037"/>
      </w:tblGrid>
      <w:tr w:rsidR="009E1F27" w14:paraId="5737ED6E" w14:textId="77777777">
        <w:trPr>
          <w:tblHeader/>
        </w:trPr>
        <w:tc>
          <w:tcPr>
            <w:tcW w:w="19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C9EB7A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Identitas</w:t>
            </w:r>
          </w:p>
        </w:tc>
        <w:tc>
          <w:tcPr>
            <w:tcW w:w="6037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5B722D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Keterangan</w:t>
            </w:r>
          </w:p>
        </w:tc>
      </w:tr>
      <w:tr w:rsidR="009E1F27" w14:paraId="47F7FE5F" w14:textId="77777777">
        <w:trPr>
          <w:cantSplit/>
        </w:trPr>
        <w:tc>
          <w:tcPr>
            <w:tcW w:w="1900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9C80EF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Penyusun</w:t>
            </w:r>
          </w:p>
        </w:tc>
        <w:tc>
          <w:tcPr>
            <w:tcW w:w="6037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0B20D8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Bidang Riset dan Inovasi Daerah</w:t>
            </w:r>
          </w:p>
        </w:tc>
      </w:tr>
      <w:tr w:rsidR="009E1F27" w14:paraId="678E5425" w14:textId="77777777">
        <w:trPr>
          <w:cantSplit/>
        </w:trPr>
        <w:tc>
          <w:tcPr>
            <w:tcW w:w="1900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E65EAD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Status Dokumen</w:t>
            </w:r>
          </w:p>
        </w:tc>
        <w:tc>
          <w:tcPr>
            <w:tcW w:w="6037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CAD65C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Final</w:t>
            </w:r>
          </w:p>
        </w:tc>
      </w:tr>
      <w:tr w:rsidR="009E1F27" w14:paraId="24FFA66D" w14:textId="77777777">
        <w:trPr>
          <w:cantSplit/>
        </w:trPr>
        <w:tc>
          <w:tcPr>
            <w:tcW w:w="1900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F0FA4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Versi Dokumen</w:t>
            </w:r>
          </w:p>
        </w:tc>
        <w:tc>
          <w:tcPr>
            <w:tcW w:w="6037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47FE9D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1.0</w:t>
            </w:r>
          </w:p>
        </w:tc>
      </w:tr>
      <w:tr w:rsidR="009E1F27" w14:paraId="40609CD5" w14:textId="77777777">
        <w:trPr>
          <w:cantSplit/>
        </w:trPr>
        <w:tc>
          <w:tcPr>
            <w:tcW w:w="1900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A071D2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Ruang Lingkup</w:t>
            </w:r>
          </w:p>
        </w:tc>
        <w:tc>
          <w:tcPr>
            <w:tcW w:w="6037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3B7767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FRM-01 Profil; FRM-02 Pemantauan; FRM-03 Evaluasi dan Rekomendasi; FRM-04 Tindak Lanjut</w:t>
            </w:r>
          </w:p>
        </w:tc>
      </w:tr>
      <w:tr w:rsidR="009E1F27" w14:paraId="41D68D4A" w14:textId="77777777">
        <w:trPr>
          <w:cantSplit/>
        </w:trPr>
        <w:tc>
          <w:tcPr>
            <w:tcW w:w="1900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6D7F4E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Tanggal Berlaku</w:t>
            </w:r>
          </w:p>
        </w:tc>
        <w:tc>
          <w:tcPr>
            <w:tcW w:w="6037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B9AAB3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Sejak ditetapkan</w:t>
            </w:r>
          </w:p>
        </w:tc>
      </w:tr>
      <w:tr w:rsidR="009E1F27" w14:paraId="29FC0843" w14:textId="77777777">
        <w:trPr>
          <w:cantSplit/>
        </w:trPr>
        <w:tc>
          <w:tcPr>
            <w:tcW w:w="1900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F717D0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Tahun</w:t>
            </w:r>
          </w:p>
        </w:tc>
        <w:tc>
          <w:tcPr>
            <w:tcW w:w="6037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596ECA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2026</w:t>
            </w:r>
          </w:p>
        </w:tc>
      </w:tr>
    </w:tbl>
    <w:p w14:paraId="0816FAA3" w14:textId="0CD2D92C" w:rsidR="009E1F27" w:rsidRDefault="00000000" w:rsidP="00C3208A">
      <w:pPr>
        <w:spacing w:before="400"/>
        <w:jc w:val="center"/>
      </w:pPr>
      <w:r>
        <w:rPr>
          <w:b/>
          <w:color w:val="0B2D5A"/>
          <w:sz w:val="20"/>
        </w:rPr>
        <w:t>SINERGI BRAVO - Sinergi Banjarbaru Riset dan Inovasi</w:t>
      </w:r>
    </w:p>
    <w:p w14:paraId="749A0665" w14:textId="77777777" w:rsidR="009E1F27" w:rsidRDefault="00000000">
      <w:pPr>
        <w:pStyle w:val="Heading1"/>
      </w:pPr>
      <w:r>
        <w:lastRenderedPageBreak/>
        <w:t>1. Pendahuluan</w:t>
      </w:r>
    </w:p>
    <w:p w14:paraId="53F43FF6" w14:textId="77777777" w:rsidR="009E1F27" w:rsidRDefault="00000000">
      <w:pPr>
        <w:pStyle w:val="Heading2"/>
      </w:pPr>
      <w:r>
        <w:t>1.1 Kedudukan Pedoman</w:t>
      </w:r>
    </w:p>
    <w:p w14:paraId="5C46902A" w14:textId="148E32C4" w:rsidR="009E1F27" w:rsidRDefault="00C3208A" w:rsidP="00C3208A">
      <w:pPr>
        <w:jc w:val="both"/>
      </w:pPr>
      <w:r>
        <w:t xml:space="preserve">     Pedoman ini menjadi acuan resmi bagi </w:t>
      </w:r>
      <w:r w:rsidRPr="00C3208A">
        <w:rPr>
          <w:i/>
          <w:iCs/>
        </w:rPr>
        <w:t>Focal Point</w:t>
      </w:r>
      <w:r>
        <w:t xml:space="preserve"> Perangkat Daerah dan Tim BAPPERIDA dalam mengisi, memeriksa, memperbarui, dan menggunakan FRM-01 sampai dengan FRM-04 SINERGI BRAVO. Seluruh isian menjadi satu rangkaian data pemantauan, evaluasi, rekomendasi, dan tindak lanjut penyelenggaraan riset dan inovasi daerah.</w:t>
      </w:r>
    </w:p>
    <w:p w14:paraId="1A158642" w14:textId="77777777" w:rsidR="009E1F27" w:rsidRDefault="00000000">
      <w:pPr>
        <w:pStyle w:val="Heading2"/>
      </w:pPr>
      <w:r>
        <w:t>1.2 Tujuan</w:t>
      </w:r>
    </w:p>
    <w:p w14:paraId="46CC5423" w14:textId="19EC74AB" w:rsidR="009E1F27" w:rsidRDefault="00C3208A" w:rsidP="00C3208A">
      <w:pPr>
        <w:pStyle w:val="ListBullet"/>
        <w:numPr>
          <w:ilvl w:val="0"/>
          <w:numId w:val="10"/>
        </w:numPr>
        <w:spacing w:after="80"/>
        <w:ind w:left="709"/>
        <w:jc w:val="both"/>
      </w:pPr>
      <w:r>
        <w:t>Memberikan petunjuk yang sama untuk setiap elemen isian;</w:t>
      </w:r>
    </w:p>
    <w:p w14:paraId="27C4AB77" w14:textId="356A0459" w:rsidR="009E1F27" w:rsidRDefault="00C3208A" w:rsidP="00C3208A">
      <w:pPr>
        <w:pStyle w:val="ListBullet"/>
        <w:numPr>
          <w:ilvl w:val="0"/>
          <w:numId w:val="10"/>
        </w:numPr>
        <w:spacing w:after="80"/>
        <w:ind w:left="709"/>
        <w:jc w:val="both"/>
      </w:pPr>
      <w:r>
        <w:t>Mencegah pengulangan data antar formulir;</w:t>
      </w:r>
    </w:p>
    <w:p w14:paraId="3EF2CB86" w14:textId="58574B15" w:rsidR="009E1F27" w:rsidRDefault="00C3208A" w:rsidP="00C3208A">
      <w:pPr>
        <w:pStyle w:val="ListBullet"/>
        <w:numPr>
          <w:ilvl w:val="0"/>
          <w:numId w:val="10"/>
        </w:numPr>
        <w:spacing w:after="80"/>
        <w:ind w:left="709"/>
        <w:jc w:val="both"/>
      </w:pPr>
      <w:r>
        <w:t>Memastikan setiap temuan dan rekomendasi dapat ditelusuri sampai tindak lanjutnya; dan</w:t>
      </w:r>
    </w:p>
    <w:p w14:paraId="03769E9D" w14:textId="1397746F" w:rsidR="009E1F27" w:rsidRDefault="00C3208A" w:rsidP="00C3208A">
      <w:pPr>
        <w:pStyle w:val="ListBullet"/>
        <w:numPr>
          <w:ilvl w:val="0"/>
          <w:numId w:val="10"/>
        </w:numPr>
        <w:spacing w:after="80"/>
        <w:ind w:left="709"/>
        <w:jc w:val="both"/>
      </w:pPr>
      <w:r>
        <w:t>Menyiapkan data yang konsisten untuk register dan dashboard SINERGI BRAVO.</w:t>
      </w:r>
    </w:p>
    <w:p w14:paraId="78AF92B9" w14:textId="77777777" w:rsidR="009E1F27" w:rsidRDefault="00000000">
      <w:pPr>
        <w:pStyle w:val="Heading2"/>
      </w:pPr>
      <w:r>
        <w:t>1.3 Ruang Lingkup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2900"/>
        <w:gridCol w:w="3837"/>
      </w:tblGrid>
      <w:tr w:rsidR="009E1F27" w14:paraId="041D2D8A" w14:textId="77777777">
        <w:trPr>
          <w:tblHeader/>
        </w:trPr>
        <w:tc>
          <w:tcPr>
            <w:tcW w:w="12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9CAB10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Formulir</w:t>
            </w:r>
          </w:p>
        </w:tc>
        <w:tc>
          <w:tcPr>
            <w:tcW w:w="29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5B2EFF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Pengisi Utama</w:t>
            </w:r>
          </w:p>
        </w:tc>
        <w:tc>
          <w:tcPr>
            <w:tcW w:w="3837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26D097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Fungsi</w:t>
            </w:r>
          </w:p>
        </w:tc>
      </w:tr>
      <w:tr w:rsidR="009E1F27" w14:paraId="14C49A58" w14:textId="77777777">
        <w:trPr>
          <w:cantSplit/>
        </w:trPr>
        <w:tc>
          <w:tcPr>
            <w:tcW w:w="1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68C432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8"/>
              </w:rPr>
              <w:t>FRM-01</w:t>
            </w:r>
          </w:p>
        </w:tc>
        <w:tc>
          <w:tcPr>
            <w:tcW w:w="2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3BB3CA" w14:textId="77777777" w:rsidR="009E1F27" w:rsidRDefault="00000000">
            <w:pPr>
              <w:spacing w:after="0" w:line="259" w:lineRule="auto"/>
            </w:pPr>
            <w:r w:rsidRPr="00C3208A">
              <w:rPr>
                <w:i/>
                <w:sz w:val="18"/>
              </w:rPr>
              <w:t>Focal Point</w:t>
            </w:r>
            <w:r>
              <w:rPr>
                <w:sz w:val="18"/>
              </w:rPr>
              <w:t xml:space="preserve"> bersama unit pemilik objek</w:t>
            </w:r>
          </w:p>
        </w:tc>
        <w:tc>
          <w:tcPr>
            <w:tcW w:w="38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6D2F83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Membentuk data induk objek riset/inovasi.</w:t>
            </w:r>
          </w:p>
        </w:tc>
      </w:tr>
      <w:tr w:rsidR="009E1F27" w14:paraId="1CC09C2D" w14:textId="77777777">
        <w:trPr>
          <w:cantSplit/>
        </w:trPr>
        <w:tc>
          <w:tcPr>
            <w:tcW w:w="12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61EF12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8"/>
              </w:rPr>
              <w:t>FRM-02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1D5BDC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Petugas Pemantauan BAPPERIDA</w:t>
            </w:r>
          </w:p>
        </w:tc>
        <w:tc>
          <w:tcPr>
            <w:tcW w:w="38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59C3FD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Mencatat fakta, bukti, temuan, dan kesimpulan pemantauan.</w:t>
            </w:r>
          </w:p>
        </w:tc>
      </w:tr>
      <w:tr w:rsidR="009E1F27" w14:paraId="4DC5E188" w14:textId="77777777">
        <w:trPr>
          <w:cantSplit/>
        </w:trPr>
        <w:tc>
          <w:tcPr>
            <w:tcW w:w="1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3426F7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8"/>
              </w:rPr>
              <w:t>FRM-03</w:t>
            </w:r>
          </w:p>
        </w:tc>
        <w:tc>
          <w:tcPr>
            <w:tcW w:w="2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C7A98B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Tim Evaluasi Teknis BAPPERIDA</w:t>
            </w:r>
          </w:p>
        </w:tc>
        <w:tc>
          <w:tcPr>
            <w:tcW w:w="38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03534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Menilai bukti dan menetapkan rekomendasi terukur.</w:t>
            </w:r>
          </w:p>
        </w:tc>
      </w:tr>
      <w:tr w:rsidR="009E1F27" w14:paraId="6803FCB3" w14:textId="77777777">
        <w:trPr>
          <w:cantSplit/>
        </w:trPr>
        <w:tc>
          <w:tcPr>
            <w:tcW w:w="12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6A0FD9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8"/>
              </w:rPr>
              <w:t>FRM-04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EED1D2" w14:textId="77777777" w:rsidR="009E1F27" w:rsidRDefault="00000000">
            <w:pPr>
              <w:spacing w:after="0" w:line="259" w:lineRule="auto"/>
            </w:pPr>
            <w:r w:rsidRPr="00C3208A">
              <w:rPr>
                <w:i/>
                <w:sz w:val="18"/>
              </w:rPr>
              <w:t>Focal Point</w:t>
            </w:r>
            <w:r>
              <w:rPr>
                <w:sz w:val="18"/>
              </w:rPr>
              <w:t>/Unit Pelaksana</w:t>
            </w:r>
          </w:p>
        </w:tc>
        <w:tc>
          <w:tcPr>
            <w:tcW w:w="38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F444E5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Merencanakan dan memperbarui progres tindak lanjut.</w:t>
            </w:r>
          </w:p>
        </w:tc>
      </w:tr>
    </w:tbl>
    <w:p w14:paraId="7C02545D" w14:textId="77777777" w:rsidR="009E1F27" w:rsidRDefault="009E1F27">
      <w:pPr>
        <w:spacing w:after="0"/>
      </w:pPr>
    </w:p>
    <w:p w14:paraId="006B5EDD" w14:textId="77777777" w:rsidR="009E1F27" w:rsidRDefault="00000000">
      <w:pPr>
        <w:pStyle w:val="Heading1"/>
      </w:pPr>
      <w:r>
        <w:t>2. Prinsip dan Alur Pengisian</w:t>
      </w:r>
    </w:p>
    <w:p w14:paraId="3222E721" w14:textId="77777777" w:rsidR="009E1F27" w:rsidRDefault="00000000">
      <w:pPr>
        <w:pStyle w:val="Heading2"/>
      </w:pPr>
      <w:r>
        <w:t>2.1 Prinsip Pengisian</w:t>
      </w:r>
    </w:p>
    <w:p w14:paraId="0009A23A" w14:textId="77777777" w:rsidR="009E1F27" w:rsidRDefault="00000000" w:rsidP="00C3208A">
      <w:pPr>
        <w:pStyle w:val="ListNumber"/>
        <w:spacing w:after="80"/>
        <w:ind w:left="539" w:hanging="272"/>
        <w:jc w:val="both"/>
      </w:pPr>
      <w:r>
        <w:t>Satu data dicatat satu kali. Identitas dan profil objek yang sudah tersedia tidak diketik ulang pada setiap tahap; cukup gunakan ID Objek.</w:t>
      </w:r>
    </w:p>
    <w:p w14:paraId="0CA143C2" w14:textId="77777777" w:rsidR="009E1F27" w:rsidRDefault="00000000" w:rsidP="00C3208A">
      <w:pPr>
        <w:pStyle w:val="ListNumber"/>
        <w:spacing w:after="80"/>
        <w:ind w:left="539" w:hanging="272"/>
        <w:jc w:val="both"/>
      </w:pPr>
      <w:r>
        <w:t>Isi berdasarkan fakta dan bukti. Hindari pernyataan umum seperti “sudah baik” tanpa menyebutkan kondisi, periode, dan sumber bukti.</w:t>
      </w:r>
    </w:p>
    <w:p w14:paraId="21B1198C" w14:textId="77777777" w:rsidR="009E1F27" w:rsidRDefault="00000000" w:rsidP="00C3208A">
      <w:pPr>
        <w:pStyle w:val="ListNumber"/>
        <w:spacing w:after="80"/>
        <w:ind w:left="539" w:hanging="272"/>
        <w:jc w:val="both"/>
      </w:pPr>
      <w:r>
        <w:t xml:space="preserve">Gunakan </w:t>
      </w:r>
      <w:r w:rsidRPr="00C3208A">
        <w:rPr>
          <w:i/>
          <w:iCs/>
        </w:rPr>
        <w:t>N/A</w:t>
      </w:r>
      <w:r>
        <w:t xml:space="preserve"> hanya jika elemen memang tidak berlaku dan sertakan alasan singkat.</w:t>
      </w:r>
    </w:p>
    <w:p w14:paraId="222DD1DB" w14:textId="77777777" w:rsidR="009E1F27" w:rsidRDefault="00000000" w:rsidP="00C3208A">
      <w:pPr>
        <w:pStyle w:val="ListNumber"/>
        <w:spacing w:after="80"/>
        <w:ind w:left="539" w:hanging="272"/>
        <w:jc w:val="both"/>
      </w:pPr>
      <w:r>
        <w:t>Gunakan istilah, periode, satuan, dan kode yang konsisten pada seluruh formulir.</w:t>
      </w:r>
    </w:p>
    <w:p w14:paraId="52D87AE0" w14:textId="77777777" w:rsidR="009E1F27" w:rsidRDefault="00000000">
      <w:pPr>
        <w:pStyle w:val="ListNumber"/>
        <w:spacing w:after="80"/>
        <w:ind w:left="539" w:hanging="272"/>
      </w:pPr>
      <w:r>
        <w:lastRenderedPageBreak/>
        <w:t>Setiap rekomendasi wajib memiliki kode, penanggung jawab, tenggat, dan indikator keberhasilan.</w:t>
      </w:r>
    </w:p>
    <w:p w14:paraId="55EEC5AE" w14:textId="77777777" w:rsidR="009E1F27" w:rsidRDefault="00000000">
      <w:pPr>
        <w:pStyle w:val="ListNumber"/>
        <w:spacing w:after="80"/>
        <w:ind w:left="539" w:hanging="272"/>
      </w:pPr>
      <w:r>
        <w:t>FRM-04 diperbarui pada formulir yang sama dengan mencatat progres terbaru, bukti, kendala, dan perubahan rencana.</w:t>
      </w:r>
    </w:p>
    <w:p w14:paraId="44228A0A" w14:textId="77777777" w:rsidR="009E1F27" w:rsidRDefault="00000000">
      <w:pPr>
        <w:pStyle w:val="Heading2"/>
      </w:pPr>
      <w:r>
        <w:t>2.2 Alur Penggunaan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280"/>
        <w:gridCol w:w="3097"/>
      </w:tblGrid>
      <w:tr w:rsidR="009E1F27" w14:paraId="45DDED39" w14:textId="77777777" w:rsidTr="00C3208A">
        <w:trPr>
          <w:tblHeader/>
        </w:trPr>
        <w:tc>
          <w:tcPr>
            <w:tcW w:w="156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1675B3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Tahap</w:t>
            </w:r>
          </w:p>
        </w:tc>
        <w:tc>
          <w:tcPr>
            <w:tcW w:w="328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E4C97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Kegiatan</w:t>
            </w:r>
          </w:p>
        </w:tc>
        <w:tc>
          <w:tcPr>
            <w:tcW w:w="3097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BCFA5F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Dokumen/Keluaran</w:t>
            </w:r>
          </w:p>
        </w:tc>
      </w:tr>
      <w:tr w:rsidR="009E1F27" w14:paraId="4A17A4E6" w14:textId="77777777" w:rsidTr="00C3208A">
        <w:trPr>
          <w:cantSplit/>
        </w:trPr>
        <w:tc>
          <w:tcPr>
            <w:tcW w:w="15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E26DF5" w14:textId="77777777" w:rsidR="009E1F27" w:rsidRDefault="00000000" w:rsidP="00C3208A">
            <w:pPr>
              <w:spacing w:after="0" w:line="259" w:lineRule="auto"/>
            </w:pPr>
            <w:r>
              <w:rPr>
                <w:b/>
                <w:sz w:val="17"/>
              </w:rPr>
              <w:t>1. Pendataan</w:t>
            </w:r>
          </w:p>
        </w:tc>
        <w:tc>
          <w:tcPr>
            <w:tcW w:w="32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A1506F" w14:textId="77777777" w:rsidR="009E1F27" w:rsidRDefault="00000000">
            <w:pPr>
              <w:spacing w:after="0" w:line="259" w:lineRule="auto"/>
            </w:pPr>
            <w:r w:rsidRPr="00C3208A">
              <w:rPr>
                <w:i/>
                <w:sz w:val="17"/>
              </w:rPr>
              <w:t>Focal Point</w:t>
            </w:r>
            <w:r>
              <w:rPr>
                <w:sz w:val="17"/>
              </w:rPr>
              <w:t xml:space="preserve"> mengisi profil awal atau perubahan material.</w:t>
            </w:r>
          </w:p>
        </w:tc>
        <w:tc>
          <w:tcPr>
            <w:tcW w:w="309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9772B1" w14:textId="77777777" w:rsidR="009E1F27" w:rsidRDefault="00000000">
            <w:pPr>
              <w:spacing w:after="0" w:line="259" w:lineRule="auto"/>
            </w:pPr>
            <w:r>
              <w:rPr>
                <w:sz w:val="17"/>
              </w:rPr>
              <w:t>FRM-01 dan ID Objek pada master data.</w:t>
            </w:r>
          </w:p>
        </w:tc>
      </w:tr>
      <w:tr w:rsidR="009E1F27" w14:paraId="0852B3B4" w14:textId="77777777" w:rsidTr="00C3208A">
        <w:trPr>
          <w:cantSplit/>
        </w:trPr>
        <w:tc>
          <w:tcPr>
            <w:tcW w:w="156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1DF907" w14:textId="77777777" w:rsidR="009E1F27" w:rsidRDefault="00000000" w:rsidP="00C3208A">
            <w:pPr>
              <w:spacing w:after="0" w:line="259" w:lineRule="auto"/>
            </w:pPr>
            <w:r>
              <w:rPr>
                <w:b/>
                <w:sz w:val="17"/>
              </w:rPr>
              <w:t>2. Pemantauan</w:t>
            </w:r>
          </w:p>
        </w:tc>
        <w:tc>
          <w:tcPr>
            <w:tcW w:w="328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E7437C" w14:textId="77777777" w:rsidR="009E1F27" w:rsidRDefault="00000000">
            <w:pPr>
              <w:spacing w:after="0" w:line="259" w:lineRule="auto"/>
            </w:pPr>
            <w:r>
              <w:rPr>
                <w:sz w:val="17"/>
              </w:rPr>
              <w:t>BAPPERIDA memeriksa kemajuan, fakta, bukti, dan kendala.</w:t>
            </w:r>
          </w:p>
        </w:tc>
        <w:tc>
          <w:tcPr>
            <w:tcW w:w="309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149987" w14:textId="77777777" w:rsidR="009E1F27" w:rsidRDefault="00000000">
            <w:pPr>
              <w:spacing w:after="0" w:line="259" w:lineRule="auto"/>
            </w:pPr>
            <w:r>
              <w:rPr>
                <w:sz w:val="17"/>
              </w:rPr>
              <w:t>FRM-02 dan status pemantauan.</w:t>
            </w:r>
          </w:p>
        </w:tc>
      </w:tr>
      <w:tr w:rsidR="009E1F27" w14:paraId="68551291" w14:textId="77777777" w:rsidTr="00C3208A">
        <w:trPr>
          <w:cantSplit/>
        </w:trPr>
        <w:tc>
          <w:tcPr>
            <w:tcW w:w="15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4AF4B" w14:textId="77777777" w:rsidR="009E1F27" w:rsidRDefault="00000000" w:rsidP="00C3208A">
            <w:pPr>
              <w:spacing w:after="0" w:line="259" w:lineRule="auto"/>
            </w:pPr>
            <w:r>
              <w:rPr>
                <w:b/>
                <w:sz w:val="17"/>
              </w:rPr>
              <w:t>3. Evaluasi</w:t>
            </w:r>
          </w:p>
        </w:tc>
        <w:tc>
          <w:tcPr>
            <w:tcW w:w="32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85C535" w14:textId="77777777" w:rsidR="009E1F27" w:rsidRDefault="00000000">
            <w:pPr>
              <w:spacing w:after="0" w:line="259" w:lineRule="auto"/>
            </w:pPr>
            <w:r>
              <w:rPr>
                <w:sz w:val="17"/>
              </w:rPr>
              <w:t>Tim menilai bukti, menganalisis kesenjangan, dan menetapkan rekomendasi.</w:t>
            </w:r>
          </w:p>
        </w:tc>
        <w:tc>
          <w:tcPr>
            <w:tcW w:w="309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B70D9" w14:textId="77777777" w:rsidR="009E1F27" w:rsidRDefault="00000000">
            <w:pPr>
              <w:spacing w:after="0" w:line="259" w:lineRule="auto"/>
            </w:pPr>
            <w:r>
              <w:rPr>
                <w:sz w:val="17"/>
              </w:rPr>
              <w:t>FRM-03, nilai, kategori, dan kode rekomendasi.</w:t>
            </w:r>
          </w:p>
        </w:tc>
      </w:tr>
      <w:tr w:rsidR="009E1F27" w14:paraId="2AD83C4F" w14:textId="77777777" w:rsidTr="00C3208A">
        <w:trPr>
          <w:cantSplit/>
        </w:trPr>
        <w:tc>
          <w:tcPr>
            <w:tcW w:w="156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B6276F" w14:textId="77777777" w:rsidR="009E1F27" w:rsidRDefault="00000000" w:rsidP="00C3208A">
            <w:pPr>
              <w:spacing w:after="0" w:line="259" w:lineRule="auto"/>
            </w:pPr>
            <w:r>
              <w:rPr>
                <w:b/>
                <w:sz w:val="17"/>
              </w:rPr>
              <w:t>4. Tindak lanjut</w:t>
            </w:r>
          </w:p>
        </w:tc>
        <w:tc>
          <w:tcPr>
            <w:tcW w:w="328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3903C" w14:textId="77777777" w:rsidR="009E1F27" w:rsidRDefault="00000000">
            <w:pPr>
              <w:spacing w:after="0" w:line="259" w:lineRule="auto"/>
            </w:pPr>
            <w:r w:rsidRPr="00C3208A">
              <w:rPr>
                <w:i/>
                <w:sz w:val="17"/>
              </w:rPr>
              <w:t>Focal Point</w:t>
            </w:r>
            <w:r>
              <w:rPr>
                <w:sz w:val="17"/>
              </w:rPr>
              <w:t xml:space="preserve"> menyusun aksi dan memperbarui progres.</w:t>
            </w:r>
          </w:p>
        </w:tc>
        <w:tc>
          <w:tcPr>
            <w:tcW w:w="309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912F81" w14:textId="77777777" w:rsidR="009E1F27" w:rsidRDefault="00000000">
            <w:pPr>
              <w:spacing w:after="0" w:line="259" w:lineRule="auto"/>
            </w:pPr>
            <w:r>
              <w:rPr>
                <w:sz w:val="17"/>
              </w:rPr>
              <w:t>FRM-04 dan status verifikasi.</w:t>
            </w:r>
          </w:p>
        </w:tc>
      </w:tr>
      <w:tr w:rsidR="009E1F27" w14:paraId="3094CC16" w14:textId="77777777" w:rsidTr="00C3208A">
        <w:trPr>
          <w:cantSplit/>
        </w:trPr>
        <w:tc>
          <w:tcPr>
            <w:tcW w:w="15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8E7160" w14:textId="77777777" w:rsidR="009E1F27" w:rsidRDefault="00000000" w:rsidP="00C3208A">
            <w:pPr>
              <w:spacing w:after="0" w:line="259" w:lineRule="auto"/>
            </w:pPr>
            <w:r>
              <w:rPr>
                <w:b/>
                <w:sz w:val="17"/>
              </w:rPr>
              <w:t>5. Rekapitulasi</w:t>
            </w:r>
          </w:p>
        </w:tc>
        <w:tc>
          <w:tcPr>
            <w:tcW w:w="32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A03F13" w14:textId="77777777" w:rsidR="009E1F27" w:rsidRDefault="00000000">
            <w:pPr>
              <w:spacing w:after="0" w:line="259" w:lineRule="auto"/>
            </w:pPr>
            <w:r>
              <w:rPr>
                <w:sz w:val="17"/>
              </w:rPr>
              <w:t>Sistem menarik data tanpa input ulang.</w:t>
            </w:r>
          </w:p>
        </w:tc>
        <w:tc>
          <w:tcPr>
            <w:tcW w:w="309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A09584" w14:textId="77777777" w:rsidR="009E1F27" w:rsidRDefault="00000000">
            <w:pPr>
              <w:spacing w:after="0" w:line="259" w:lineRule="auto"/>
            </w:pPr>
            <w:r w:rsidRPr="007E6C20">
              <w:rPr>
                <w:sz w:val="17"/>
              </w:rPr>
              <w:t xml:space="preserve">Register </w:t>
            </w:r>
            <w:r>
              <w:rPr>
                <w:sz w:val="17"/>
              </w:rPr>
              <w:t xml:space="preserve">dan </w:t>
            </w:r>
            <w:r w:rsidRPr="007E6C20">
              <w:rPr>
                <w:i/>
                <w:iCs/>
                <w:sz w:val="17"/>
              </w:rPr>
              <w:t>dashboard</w:t>
            </w:r>
            <w:r>
              <w:rPr>
                <w:sz w:val="17"/>
              </w:rPr>
              <w:t xml:space="preserve"> periode.</w:t>
            </w:r>
          </w:p>
        </w:tc>
      </w:tr>
    </w:tbl>
    <w:p w14:paraId="57662761" w14:textId="77777777" w:rsidR="009E1F27" w:rsidRDefault="009E1F27">
      <w:pPr>
        <w:spacing w:after="0"/>
      </w:pP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7937"/>
      </w:tblGrid>
      <w:tr w:rsidR="009E1F27" w14:paraId="2B8B7AB6" w14:textId="77777777">
        <w:tc>
          <w:tcPr>
            <w:tcW w:w="7937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01A7B5" w14:textId="77777777" w:rsidR="009E1F27" w:rsidRDefault="00000000">
            <w:pPr>
              <w:spacing w:before="20" w:after="20" w:line="264" w:lineRule="auto"/>
            </w:pPr>
            <w:r>
              <w:rPr>
                <w:b/>
                <w:color w:val="0B2D5A"/>
                <w:sz w:val="19"/>
              </w:rPr>
              <w:t xml:space="preserve">Bukti kegiatan: </w:t>
            </w:r>
            <w:r>
              <w:rPr>
                <w:sz w:val="19"/>
              </w:rPr>
              <w:t>Undangan/agenda, daftar hadir, notulen, foto, serta dokumen pendukung lainnya dicantumkan atau ditautkan pada kolom bukti sesuai kebutuhan.</w:t>
            </w:r>
          </w:p>
        </w:tc>
      </w:tr>
    </w:tbl>
    <w:p w14:paraId="20EF5530" w14:textId="77777777" w:rsidR="009E1F27" w:rsidRDefault="009E1F27">
      <w:pPr>
        <w:spacing w:after="0"/>
      </w:pPr>
    </w:p>
    <w:p w14:paraId="18A3C757" w14:textId="77777777" w:rsidR="009E1F27" w:rsidRDefault="00000000">
      <w:pPr>
        <w:pStyle w:val="Heading2"/>
      </w:pPr>
      <w:r>
        <w:t>2.3 Ketentuan Umum Data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5937"/>
      </w:tblGrid>
      <w:tr w:rsidR="009E1F27" w14:paraId="1A86DD07" w14:textId="77777777">
        <w:trPr>
          <w:tblHeader/>
        </w:trPr>
        <w:tc>
          <w:tcPr>
            <w:tcW w:w="20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231139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Jenis Data</w:t>
            </w:r>
          </w:p>
        </w:tc>
        <w:tc>
          <w:tcPr>
            <w:tcW w:w="5937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588F87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Ketentuan</w:t>
            </w:r>
          </w:p>
        </w:tc>
      </w:tr>
      <w:tr w:rsidR="009E1F27" w14:paraId="152E3755" w14:textId="77777777">
        <w:trPr>
          <w:cantSplit/>
        </w:trPr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DA04C0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Tanggal</w:t>
            </w:r>
          </w:p>
        </w:tc>
        <w:tc>
          <w:tcPr>
            <w:tcW w:w="59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F514DD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Gunakan format tanggal yang seragam, misalnya 15 September 2026.</w:t>
            </w:r>
          </w:p>
        </w:tc>
      </w:tr>
      <w:tr w:rsidR="009E1F27" w14:paraId="1A595B40" w14:textId="77777777">
        <w:trPr>
          <w:cantSplit/>
        </w:trPr>
        <w:tc>
          <w:tcPr>
            <w:tcW w:w="2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D7193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Periode</w:t>
            </w:r>
          </w:p>
        </w:tc>
        <w:tc>
          <w:tcPr>
            <w:tcW w:w="59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CAE900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Tulis rentang atau periode pelaporan yang jelas, misalnya Juli-September 2026.</w:t>
            </w:r>
          </w:p>
        </w:tc>
      </w:tr>
      <w:tr w:rsidR="009E1F27" w14:paraId="45A0DDA3" w14:textId="77777777">
        <w:trPr>
          <w:cantSplit/>
        </w:trPr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E6D34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Persentase</w:t>
            </w:r>
          </w:p>
        </w:tc>
        <w:tc>
          <w:tcPr>
            <w:tcW w:w="59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80649E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Isi dalam angka 0-100. Contoh: 75 berarti progres tujuh puluh lima persen.</w:t>
            </w:r>
          </w:p>
        </w:tc>
      </w:tr>
      <w:tr w:rsidR="009E1F27" w14:paraId="566A3247" w14:textId="77777777">
        <w:trPr>
          <w:cantSplit/>
        </w:trPr>
        <w:tc>
          <w:tcPr>
            <w:tcW w:w="2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6380B2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Tautan bukti</w:t>
            </w:r>
          </w:p>
        </w:tc>
        <w:tc>
          <w:tcPr>
            <w:tcW w:w="59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4CF545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Gunakan tautan yang dapat diakses oleh verifikator dan nama berkas yang menjelaskan isi bukti.</w:t>
            </w:r>
          </w:p>
        </w:tc>
      </w:tr>
      <w:tr w:rsidR="009E1F27" w14:paraId="0FF30626" w14:textId="77777777">
        <w:trPr>
          <w:cantSplit/>
        </w:trPr>
        <w:tc>
          <w:tcPr>
            <w:tcW w:w="2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17C24E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ID Objek</w:t>
            </w:r>
          </w:p>
        </w:tc>
        <w:tc>
          <w:tcPr>
            <w:tcW w:w="59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6157D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Ditetapkan BAPPERIDA/dashboard dan digunakan konsisten pada seluruh formulir.</w:t>
            </w:r>
          </w:p>
        </w:tc>
      </w:tr>
      <w:tr w:rsidR="009E1F27" w14:paraId="1B6764F0" w14:textId="77777777">
        <w:trPr>
          <w:cantSplit/>
        </w:trPr>
        <w:tc>
          <w:tcPr>
            <w:tcW w:w="2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3F99F2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Nama berkas</w:t>
            </w:r>
          </w:p>
        </w:tc>
        <w:tc>
          <w:tcPr>
            <w:tcW w:w="59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01E2D3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FRMXX_PD_IDObjek_Periode atau Versi, sesuai catatan pada setiap formulir.</w:t>
            </w:r>
          </w:p>
        </w:tc>
      </w:tr>
    </w:tbl>
    <w:p w14:paraId="68980C13" w14:textId="77777777" w:rsidR="009E1F27" w:rsidRDefault="009E1F27">
      <w:pPr>
        <w:spacing w:after="0"/>
      </w:pP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7937"/>
      </w:tblGrid>
      <w:tr w:rsidR="009E1F27" w14:paraId="1A410CC8" w14:textId="77777777">
        <w:tc>
          <w:tcPr>
            <w:tcW w:w="7937" w:type="dxa"/>
            <w:shd w:val="clear" w:color="auto" w:fill="FFF6D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141A48" w14:textId="77777777" w:rsidR="009E1F27" w:rsidRDefault="00000000">
            <w:pPr>
              <w:spacing w:before="20" w:after="20" w:line="264" w:lineRule="auto"/>
            </w:pPr>
            <w:r>
              <w:rPr>
                <w:b/>
                <w:color w:val="0B2D5A"/>
                <w:sz w:val="19"/>
              </w:rPr>
              <w:t xml:space="preserve">Catatan contoh: </w:t>
            </w:r>
            <w:r>
              <w:rPr>
                <w:sz w:val="19"/>
              </w:rPr>
              <w:t>Seluruh nama kegiatan, orang, angka, dan hasil pada bagian contoh merupakan simulasi untuk menunjukkan cara pengisian. Contoh harus diganti dengan kondisi dan bukti sebenarnya.</w:t>
            </w:r>
          </w:p>
        </w:tc>
      </w:tr>
    </w:tbl>
    <w:p w14:paraId="4C941937" w14:textId="77777777" w:rsidR="009E1F27" w:rsidRDefault="009E1F27">
      <w:pPr>
        <w:spacing w:after="0"/>
      </w:pPr>
    </w:p>
    <w:p w14:paraId="68983489" w14:textId="77777777" w:rsidR="009E1F27" w:rsidRDefault="00000000">
      <w:r>
        <w:br w:type="page"/>
      </w:r>
    </w:p>
    <w:p w14:paraId="322458A4" w14:textId="77777777" w:rsidR="009E1F27" w:rsidRDefault="00000000">
      <w:pPr>
        <w:pStyle w:val="Heading1"/>
      </w:pPr>
      <w:r>
        <w:lastRenderedPageBreak/>
        <w:t>3. FRM-01 - Profil Riset/Inovasi Daerah</w:t>
      </w:r>
    </w:p>
    <w:p w14:paraId="3769627F" w14:textId="77777777" w:rsidR="009E1F27" w:rsidRDefault="00000000">
      <w:r>
        <w:t xml:space="preserve">FRM-01 membentuk data induk satu objek riset atau inovasi. </w:t>
      </w:r>
      <w:r w:rsidRPr="00C3208A">
        <w:rPr>
          <w:i/>
        </w:rPr>
        <w:t>Focal Point</w:t>
      </w:r>
      <w:r>
        <w:t xml:space="preserve"> mengisi formulir ini pada pendataan awal dan memperbaruinya hanya jika terjadi perubahan material, misalnya perubahan tujuan, tahapan, target, penanggung jawab, legalitas, atau bukti utama.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7937"/>
      </w:tblGrid>
      <w:tr w:rsidR="009E1F27" w14:paraId="1C900B27" w14:textId="77777777">
        <w:tc>
          <w:tcPr>
            <w:tcW w:w="7937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F47096" w14:textId="77777777" w:rsidR="009E1F27" w:rsidRDefault="00000000">
            <w:pPr>
              <w:spacing w:before="20" w:after="20" w:line="264" w:lineRule="auto"/>
            </w:pPr>
            <w:r>
              <w:rPr>
                <w:b/>
                <w:color w:val="0B2D5A"/>
                <w:sz w:val="19"/>
              </w:rPr>
              <w:t xml:space="preserve">Pengisi: </w:t>
            </w:r>
            <w:r w:rsidRPr="00C3208A">
              <w:rPr>
                <w:i/>
                <w:sz w:val="19"/>
              </w:rPr>
              <w:t>Focal Point</w:t>
            </w:r>
            <w:r>
              <w:rPr>
                <w:sz w:val="19"/>
              </w:rPr>
              <w:t xml:space="preserve"> bersama unit pemilik objek. ID Objek dan status verifikasi ditetapkan oleh BAPPERIDA/dashboard.</w:t>
            </w:r>
          </w:p>
        </w:tc>
      </w:tr>
    </w:tbl>
    <w:p w14:paraId="5D0896C8" w14:textId="77777777" w:rsidR="009E1F27" w:rsidRDefault="009E1F27">
      <w:pPr>
        <w:spacing w:after="0"/>
      </w:pPr>
    </w:p>
    <w:p w14:paraId="2D8D58AA" w14:textId="77777777" w:rsidR="009E1F27" w:rsidRDefault="00000000">
      <w:pPr>
        <w:pStyle w:val="Heading2"/>
      </w:pPr>
      <w:r>
        <w:t>3.1 Petunjuk per Elemen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4000"/>
        <w:gridCol w:w="2037"/>
      </w:tblGrid>
      <w:tr w:rsidR="009E1F27" w14:paraId="35F1D2AE" w14:textId="77777777">
        <w:trPr>
          <w:tblHeader/>
        </w:trPr>
        <w:tc>
          <w:tcPr>
            <w:tcW w:w="19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8F3BB7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Elemen/Kolom</w:t>
            </w:r>
          </w:p>
        </w:tc>
        <w:tc>
          <w:tcPr>
            <w:tcW w:w="40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F299AB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Cara Mengisi</w:t>
            </w:r>
          </w:p>
        </w:tc>
        <w:tc>
          <w:tcPr>
            <w:tcW w:w="2037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FE2C2E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Kendali Mutu</w:t>
            </w:r>
          </w:p>
        </w:tc>
      </w:tr>
      <w:tr w:rsidR="00C65FDC" w14:paraId="132B3BA1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2C1B41" w14:textId="3FFCD9C7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Perangkat Daerah/Unit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1E4F60" w14:textId="48E263D1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nama resmi Perangkat Daerah dan unit pelaksana.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D7E9A5" w14:textId="5161378C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Harus sama dengan nomenklatur organisasi.</w:t>
            </w:r>
          </w:p>
        </w:tc>
      </w:tr>
      <w:tr w:rsidR="00C65FDC" w14:paraId="6358F9F2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9B5D69" w14:textId="2184F3A0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Nama Focal Point/Jabatan/Kontak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B81BF" w14:textId="407D4140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nama, jabatan, serta nomor/email kedinasan yang aktif.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8D7F4A" w14:textId="2E210B7D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Pastikan orang yang dicantumkan mengoordinasikan data.</w:t>
            </w:r>
          </w:p>
        </w:tc>
      </w:tr>
      <w:tr w:rsidR="00C65FDC" w14:paraId="567B70CC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799E5D" w14:textId="33F64FAE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ID Objek (diisi BAPPERIDA/dashboard)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BD53BD" w14:textId="5EDCD659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Pada pendataan pertama, diisi BAPPERIDA. Jika ID sudah ditetapkan, gunakan kembali ID yang sama.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426076" w14:textId="746E3312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Satu objek hanya memiliki satu ID.</w:t>
            </w:r>
          </w:p>
        </w:tc>
      </w:tr>
      <w:tr w:rsidR="00C65FDC" w14:paraId="17307952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A32B75" w14:textId="544EAD72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Nama Riset/Inovasi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C7102F" w14:textId="090CDDA6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nama resmi, singkat, dan membedakan objek dari kegiatan rutin.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C48509" w14:textId="159BB530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Hindari judul yang terlalu umum.</w:t>
            </w:r>
          </w:p>
        </w:tc>
      </w:tr>
      <w:tr w:rsidR="00C65FDC" w14:paraId="0B1E486D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AB0A78" w14:textId="43DA95A9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Jenis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BD629A" w14:textId="0761A7CA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Pilih Riset atau Inovasi.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7C92F4" w14:textId="5C93EEA2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Riset menghasilkan pengetahuan atau rekomendasi; inovasi menerapkan pembaruan.</w:t>
            </w:r>
          </w:p>
        </w:tc>
      </w:tr>
      <w:tr w:rsidR="00C65FDC" w14:paraId="10803726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CD3067" w14:textId="74986196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Tahap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C698BE" w14:textId="5A628022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Pilih Inisiasi, Perencanaan, Pelaksanaan, Implementasi, atau Pengembangan/Replikasi sesuai pilihan pada C15. Keterangan tahap yang lebih rinci dapat ditulis pada Kegiatan/Tahapan Utama.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E62C8" w14:textId="77D78113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Harus sesuai bukti kemajuan.</w:t>
            </w:r>
          </w:p>
        </w:tc>
      </w:tr>
      <w:tr w:rsidR="00C65FDC" w14:paraId="0CDCFCA9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D071E4" w14:textId="240F08EF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Periode Pelaksanaan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ADFD70" w14:textId="4A80F1CB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bulan/tahun mulai dan selesai atau status berkelanjutan.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E081B6" w14:textId="3BC79824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Jangan hanya menulis tahun jika periode rinci tersedia.</w:t>
            </w:r>
          </w:p>
        </w:tc>
      </w:tr>
      <w:tr w:rsidR="00C65FDC" w14:paraId="0122083F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D59532" w14:textId="105EB3A3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Penanggung Jawab Objek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962AC" w14:textId="63EAD131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pejabat/unit yang bertanggung jawab atas substansi.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DB5393" w14:textId="55CB2B62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Bukan otomatis Focal Point.</w:t>
            </w:r>
          </w:p>
        </w:tc>
      </w:tr>
      <w:tr w:rsidR="00C65FDC" w14:paraId="36E7376D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A30433" w14:textId="4FB11743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Masalah dan Data Kondisi Awal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E4CB8E" w14:textId="31F30E27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Jelaskan kesenjangan yang hendak diatasi disertai data awal dan periode.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61E051" w14:textId="7BBAFD14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Data harus memiliki sumber yang dapat ditelusuri.</w:t>
            </w:r>
          </w:p>
        </w:tc>
      </w:tr>
      <w:tr w:rsidR="00C65FDC" w14:paraId="20F4F5DF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462CAF" w14:textId="4F6B2E97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Tujuan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2D187B" w14:textId="5164726D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Nyatakan perubahan yang ingin dicapai, bukan daftar kegiatan.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10F788" w14:textId="47398022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Selaras dengan masalah dan indikator.</w:t>
            </w:r>
          </w:p>
        </w:tc>
      </w:tr>
      <w:tr w:rsidR="00C65FDC" w14:paraId="45A07C49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894134" w14:textId="0CBF0640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Penerima Manfaat/Target Group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9755E2" w14:textId="679990C8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Sebutkan kelompok yang memperoleh manfaat langsung dan/atau tidak langsung.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C6B1D1" w14:textId="77985116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Gunakan kelompok yang spesifik.</w:t>
            </w:r>
          </w:p>
        </w:tc>
      </w:tr>
      <w:tr w:rsidR="00C65FDC" w14:paraId="1AF54D0F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CE2CC" w14:textId="42DB5DEF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Kebaruan atau Nilai Tambah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2583A1" w14:textId="7CB6488E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Jelaskan perbedaan dari kondisi atau cara kerja sebelumnya.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770F5" w14:textId="224E0020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Tidak harus aplikasi; dapat berupa proses, layanan, tata kelola, atau metode.</w:t>
            </w:r>
          </w:p>
        </w:tc>
      </w:tr>
      <w:tr w:rsidR="00C65FDC" w14:paraId="4F0E4830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99FB0F" w14:textId="0AF7C6CB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lastRenderedPageBreak/>
              <w:t>Kegiatan/Tahapan Utama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415AA5" w14:textId="416161B9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urutan kegiatan kunci dari persiapan sampai pemanfaatan hasil.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3F50DF" w14:textId="1246CECC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Gunakan tahapan yang dapat dipantau.</w:t>
            </w:r>
          </w:p>
        </w:tc>
      </w:tr>
      <w:tr w:rsidR="00C65FDC" w14:paraId="073D1D51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F436B8" w14:textId="61C7F237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Keluaran (Output)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E43684" w14:textId="15AAC550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produk langsung yang dihasilkan.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0C4198" w14:textId="37C9FB09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Contoh: laporan, rekomendasi, prototipe, SOP, modul.</w:t>
            </w:r>
          </w:p>
        </w:tc>
      </w:tr>
      <w:tr w:rsidR="00C65FDC" w14:paraId="0E1C5DB2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9A6FA3" w14:textId="4EA40291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Hasil/Manfaat (Outcome)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B9976F" w14:textId="309C4756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perubahan setelah keluaran digunakan.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F3414A" w14:textId="3B0145BC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Bedakan dari keluaran.</w:t>
            </w:r>
          </w:p>
        </w:tc>
      </w:tr>
      <w:tr w:rsidR="00C65FDC" w14:paraId="758E2E34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4336C6" w14:textId="050365AC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Risiko/Kendala Utama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994437" w14:textId="4A7C54F4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risiko utama serta dampaknya pada target atau waktu.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AB63E" w14:textId="4C29E9C7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Fokus pada risiko yang perlu dikelola.</w:t>
            </w:r>
          </w:p>
        </w:tc>
      </w:tr>
      <w:tr w:rsidR="00C65FDC" w14:paraId="7F900340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8F7E3E" w14:textId="6E6027A9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Rencana Keberlanjutan/Replikasi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B0C62" w14:textId="45BB1BF9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Jelaskan pemeliharaan, pengembangan, pelembagaan, atau perluasan.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46C8BE" w14:textId="655D67A2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Sebutkan langkah berikutnya.</w:t>
            </w:r>
          </w:p>
        </w:tc>
      </w:tr>
      <w:tr w:rsidR="00C65FDC" w14:paraId="77DA153B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9B379" w14:textId="79DE76BA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C. Indikator Kinerja — No.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7014D" w14:textId="76D1E55D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Gunakan nomor urut baris indikator.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89A05E" w14:textId="5FF58943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Baseline, target, dan realisasi memakai satuan serta definisi indikator yang sama.</w:t>
            </w:r>
          </w:p>
        </w:tc>
      </w:tr>
      <w:tr w:rsidR="00C65FDC" w14:paraId="3BE50B3B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6D6588" w14:textId="667DB2FB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C. Indikator Kinerja — Indikator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DCD7DD" w14:textId="0EC961DE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ukuran kinerja yang dipantau.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5221BB" w14:textId="309F738D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Baseline, target, dan realisasi memakai satuan serta definisi indikator yang sama.</w:t>
            </w:r>
          </w:p>
        </w:tc>
      </w:tr>
      <w:tr w:rsidR="00C65FDC" w14:paraId="37961F67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EC997E" w14:textId="7F48394C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C. Indikator Kinerja — Satuan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C9666A" w14:textId="7731C891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satuan, misalnya persen, hari, dokumen, atau orang.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6AE312" w14:textId="3331F7F4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Baseline, target, dan realisasi memakai satuan serta definisi indikator yang sama.</w:t>
            </w:r>
          </w:p>
        </w:tc>
      </w:tr>
      <w:tr w:rsidR="00C65FDC" w14:paraId="44100C19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3F819F" w14:textId="10CB0AF4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C. Indikator Kinerja — Baseline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5C6403" w14:textId="2CCFE75E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Isi nilai kondisi awal beserta periode acuannya pada Periode atau Sumber Data.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5AA39" w14:textId="2CB5DBC7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Baseline, target, dan realisasi memakai satuan serta definisi indikator yang sama.</w:t>
            </w:r>
          </w:p>
        </w:tc>
      </w:tr>
      <w:tr w:rsidR="00C65FDC" w14:paraId="44BD21BD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ACE82F" w14:textId="586FED4F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C. Indikator Kinerja — Target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542965" w14:textId="75BEF5CD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Isi nilai yang hendak dicapai pada periode yang ditetapkan.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C4C4C3" w14:textId="0D1A4C80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Baseline, target, dan realisasi memakai satuan serta definisi indikator yang sama.</w:t>
            </w:r>
          </w:p>
        </w:tc>
      </w:tr>
      <w:tr w:rsidR="00C65FDC" w14:paraId="5420A1AB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0F8EE1" w14:textId="58EFD227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C. Indikator Kinerja — Realisasi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E94088" w14:textId="39E8A286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Isi capaian aktual. Jika belum tersedia, tulis Belum tersedia; jangan menggantinya dengan angka nol.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5D5F5E" w14:textId="17734291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Baseline, target, dan realisasi memakai satuan serta definisi indikator yang sama.</w:t>
            </w:r>
          </w:p>
        </w:tc>
      </w:tr>
      <w:tr w:rsidR="00C65FDC" w14:paraId="7641B201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782B5B" w14:textId="035E15F0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C. Indikator Kinerja — Periode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23FAA1" w14:textId="2CAFBBA2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periode target dan realisasi; jelaskan apabila periode baseline berbeda.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52D1A7" w14:textId="5318A6B8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Baseline, target, dan realisasi memakai satuan serta definisi indikator yang sama.</w:t>
            </w:r>
          </w:p>
        </w:tc>
      </w:tr>
      <w:tr w:rsidR="00C65FDC" w14:paraId="19A33696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5E2FA9" w14:textId="4B7C3DA7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C. Indikator Kinerja — Sumber Data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572F60" w14:textId="6CBDFE3B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sumber dan tanggal/versi data yang dapat ditelusuri.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C14C91" w14:textId="4256ADCD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Baseline, target, dan realisasi memakai satuan serta definisi indikator yang sama.</w:t>
            </w:r>
          </w:p>
        </w:tc>
      </w:tr>
      <w:tr w:rsidR="00C65FDC" w14:paraId="001910B0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B1D6BD" w14:textId="7856029C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Sumber Daya/Dukungan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87EB05" w14:textId="4FCF091B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Ringkas anggaran, SDM, tim, mitra, atau sarana penting.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502144" w14:textId="16E43ECF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Tidak perlu menyalin rincian anggaran lengkap.</w:t>
            </w:r>
          </w:p>
        </w:tc>
      </w:tr>
      <w:tr w:rsidR="00C65FDC" w14:paraId="7A47816C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748E79" w14:textId="16AF1DCD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Dasar Penetapan/Legalitas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A9D2F" w14:textId="549D2B65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Cantumkan SK, keputusan, surat tugas, atau dasar lain yang tersedia.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BCFD1F" w14:textId="354A7966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Tulis nomor/tanggal jika sudah ada.</w:t>
            </w:r>
          </w:p>
        </w:tc>
      </w:tr>
      <w:tr w:rsidR="00C65FDC" w14:paraId="13D689D7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513066" w14:textId="5716F027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Sistem/Aplikasi yang Digunakan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A8256" w14:textId="2C96B2AF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sistem yang digunakan; isi N/A dan alasan jika tidak menggunakan aplikasi.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26E971" w14:textId="39D18E6B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Jangan mengada-adakan aplikasi.</w:t>
            </w:r>
          </w:p>
        </w:tc>
      </w:tr>
      <w:tr w:rsidR="00C65FDC" w14:paraId="72ADA99E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FB33F5" w14:textId="2607E83A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lastRenderedPageBreak/>
              <w:t>E. Daftar Bukti Dukung — No.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052C4C" w14:textId="2C51BA1E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Gunakan nomor urut bukti.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8147D5" w14:textId="4A0F811E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Satu baris untuk satu bukti; status verifikasi bukan penilaian mandiri Focal Point.</w:t>
            </w:r>
          </w:p>
        </w:tc>
      </w:tr>
      <w:tr w:rsidR="00C65FDC" w14:paraId="2D29BB43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55B824" w14:textId="1864CDAB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E. Daftar Bukti Dukung — Nama Bukti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861652" w14:textId="565DE2DE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nama dokumen atau bukti spesifik.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130815" w14:textId="5D22CBFC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Satu baris untuk satu bukti; status verifikasi bukan penilaian mandiri Focal Point.</w:t>
            </w:r>
          </w:p>
        </w:tc>
      </w:tr>
      <w:tr w:rsidR="00C65FDC" w14:paraId="685FF2A7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88E718" w14:textId="6E32CF5E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E. Daftar Bukti Dukung — Periode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166A25" w14:textId="6AD553E9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Tulis tanggal atau periode yang dicakup bukti.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2F2F9" w14:textId="449B5809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Satu baris untuk satu bukti; status verifikasi bukan penilaian mandiri Focal Point.</w:t>
            </w:r>
          </w:p>
        </w:tc>
      </w:tr>
      <w:tr w:rsidR="00C65FDC" w14:paraId="49AAE9CF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D6DA8B" w14:textId="2E4A3678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E. Daftar Bukti Dukung — Lokasi/Tautan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8ACC2E" w14:textId="1500F5C0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Isi tautan atau lokasi penyimpanan yang dapat diakses verifikator.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C7D7B3" w14:textId="3EAABAA4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Satu baris untuk satu bukti; status verifikasi bukan penilaian mandiri Focal Point.</w:t>
            </w:r>
          </w:p>
        </w:tc>
      </w:tr>
      <w:tr w:rsidR="00C65FDC" w14:paraId="011A055D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144E5" w14:textId="70187408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E. Daftar Bukti Dukung — Status Verifikasi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1CDE34" w14:textId="60E09400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Diisi BAPPERIDA dengan pilihan Belum Diverifikasi, Terverifikasi, atau Perlu Klarifikasi.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856901" w14:textId="36C6F5FA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Satu baris untuk satu bukti; status verifikasi bukan penilaian mandiri Focal Point.</w:t>
            </w:r>
          </w:p>
        </w:tc>
      </w:tr>
      <w:tr w:rsidR="00C65FDC" w14:paraId="61CF1229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F4CC4C" w14:textId="752839F5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E. Daftar Bukti Dukung — Catatan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4E5613" w14:textId="229AA842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Jelaskan kekurangan bukti, kebutuhan klarifikasi, atau keterangan tambahan.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490845" w14:textId="09D74DD7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Satu baris untuk satu bukti; status verifikasi bukan penilaian mandiri Focal Point.</w:t>
            </w:r>
          </w:p>
        </w:tc>
      </w:tr>
      <w:tr w:rsidR="00C65FDC" w14:paraId="25875B7D" w14:textId="77777777" w:rsidTr="00C65FDC">
        <w:trPr>
          <w:cantSplit/>
          <w:trHeight w:val="258"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E8FBAA" w14:textId="2344714E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Focal Point/Unit Pemilik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B9D34" w14:textId="2235A0CE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Cantumkan nama dan jabatan pihak yang menyampaikan data; lengkapi pengesahan sesuai tata administrasi yang digunakan.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9A8259" w14:textId="23D1F8AA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Tidak diisi atas nama pihak lain.</w:t>
            </w:r>
          </w:p>
        </w:tc>
      </w:tr>
      <w:tr w:rsidR="00C65FDC" w14:paraId="6E498023" w14:textId="77777777" w:rsidTr="00C65FDC">
        <w:trPr>
          <w:cantSplit/>
          <w:trHeight w:val="17"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F6B98A" w14:textId="13BB7636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Verifikator BAPPERIDA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38D3BF" w14:textId="7E66B47B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rFonts w:cs="Arial"/>
                <w:color w:val="000000"/>
                <w:sz w:val="16"/>
                <w:szCs w:val="16"/>
              </w:rPr>
              <w:t>Diisi petugas BAPPERIDA yang memeriksa profil dan bukti.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2046D1" w14:textId="493D5724" w:rsidR="00C65FDC" w:rsidRPr="00C65FDC" w:rsidRDefault="00C65FDC" w:rsidP="00C65FDC">
            <w:pPr>
              <w:spacing w:after="0" w:line="259" w:lineRule="auto"/>
              <w:rPr>
                <w:rFonts w:cs="Arial"/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Verifikasi dilakukan setelah pemeriksaan.</w:t>
            </w:r>
          </w:p>
        </w:tc>
      </w:tr>
    </w:tbl>
    <w:p w14:paraId="26C432A4" w14:textId="77777777" w:rsidR="009E1F27" w:rsidRDefault="009E1F27">
      <w:pPr>
        <w:spacing w:after="0"/>
      </w:pPr>
    </w:p>
    <w:p w14:paraId="4FD79565" w14:textId="77777777" w:rsidR="009E1F27" w:rsidRDefault="00000000">
      <w:pPr>
        <w:pStyle w:val="Heading2"/>
      </w:pPr>
      <w:r>
        <w:t>3.2 Contoh Pengisian FRM-01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3193"/>
        <w:gridCol w:w="3194"/>
      </w:tblGrid>
      <w:tr w:rsidR="009E1F27" w14:paraId="052C4318" w14:textId="77777777">
        <w:trPr>
          <w:tblHeader/>
        </w:trPr>
        <w:tc>
          <w:tcPr>
            <w:tcW w:w="155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8B190A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Elemen</w:t>
            </w:r>
          </w:p>
        </w:tc>
        <w:tc>
          <w:tcPr>
            <w:tcW w:w="3193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4C43D7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Contoh Riset (Simulasi)</w:t>
            </w:r>
          </w:p>
        </w:tc>
        <w:tc>
          <w:tcPr>
            <w:tcW w:w="3194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D35337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Contoh Inovasi (Simulasi)</w:t>
            </w:r>
          </w:p>
        </w:tc>
      </w:tr>
      <w:tr w:rsidR="009E1F27" w14:paraId="13CA0A2E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6A898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Perangkat Daerah/Unit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4E7D87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Dinas Komunikasi dan Informatika - unit pengelola pengaduan (contoh).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26142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DPMPTSP - unit pelayanan terpadu (contoh).</w:t>
            </w:r>
          </w:p>
        </w:tc>
      </w:tr>
      <w:tr w:rsidR="009E1F27" w14:paraId="3590A0F9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53B16" w14:textId="41863BF0" w:rsidR="009E1F27" w:rsidRDefault="007E6C20">
            <w:pPr>
              <w:spacing w:after="0" w:line="259" w:lineRule="auto"/>
              <w:jc w:val="center"/>
            </w:pPr>
            <w:r>
              <w:rPr>
                <w:b/>
                <w:iCs/>
                <w:sz w:val="16"/>
              </w:rPr>
              <w:t xml:space="preserve">Nama </w:t>
            </w:r>
            <w:r w:rsidRPr="00C3208A">
              <w:rPr>
                <w:b/>
                <w:i/>
                <w:sz w:val="16"/>
              </w:rPr>
              <w:t>Focal Point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E89390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Siti Rahma, Analis Kebijakan, kontak kedinasan (contoh).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1A340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Andi Pratama, Analis Pelayanan, kontak kedinasan (contoh).</w:t>
            </w:r>
          </w:p>
        </w:tc>
      </w:tr>
      <w:tr w:rsidR="009E1F27" w14:paraId="44430CAC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C4F52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ID Objek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FBAE9E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RST-DISKOMINFO-2026-001.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6B539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INV-DPMPTSP-2026-001.</w:t>
            </w:r>
          </w:p>
        </w:tc>
      </w:tr>
      <w:tr w:rsidR="009E1F27" w14:paraId="5E29FB7D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49E877" w14:textId="09EE2BEF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Nama</w:t>
            </w:r>
            <w:r w:rsidR="007E6C20">
              <w:rPr>
                <w:b/>
                <w:sz w:val="16"/>
              </w:rPr>
              <w:t xml:space="preserve"> Objek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681019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Kajian Efektivitas Layanan Pengaduan Masyarakat Berbasis Digital.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E5404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SIAP ANTRE - Pengingat Jadwal dan Persyaratan Layanan.</w:t>
            </w:r>
          </w:p>
        </w:tc>
      </w:tr>
      <w:tr w:rsidR="009E1F27" w14:paraId="6D257C97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A1C2AE" w14:textId="00FDCD7A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Jenis</w:t>
            </w:r>
            <w:r w:rsidR="007E6C20">
              <w:rPr>
                <w:b/>
                <w:sz w:val="16"/>
              </w:rPr>
              <w:t xml:space="preserve"> Objek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B63FA3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Riset / pelaksanaan.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B4336C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Inovasi / implementasi terbatas.</w:t>
            </w:r>
          </w:p>
        </w:tc>
      </w:tr>
      <w:tr w:rsidR="009E1F27" w14:paraId="4E08AB0D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99C33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Periode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5A275F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Juli-Oktober 2026.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A52EFF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Mei-Desember 2026.</w:t>
            </w:r>
          </w:p>
        </w:tc>
      </w:tr>
      <w:tr w:rsidR="009E1F27" w14:paraId="5FA5853F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96F753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Penanggung Jawab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9B10AE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Kepala unit pengelola pengaduan (contoh).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DBC1C5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Kepala unit pelayanan terpadu (contoh).</w:t>
            </w:r>
          </w:p>
        </w:tc>
      </w:tr>
      <w:tr w:rsidR="009E1F27" w14:paraId="5AA2DD04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F5A431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Masalah dan Data Awal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A8D1A1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Rekap internal Januari-Maret 2026 menunjukkan waktu respons antar-kanal belum seragam dan data keluhan belum dianalisis secara terpadu.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7EE1A1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Simulasi rekap awal menunjukkan 22% pemohon kembali melengkapi berkas karena persyaratan belum dipahami sebelum jadwal layanan.</w:t>
            </w:r>
          </w:p>
        </w:tc>
      </w:tr>
      <w:tr w:rsidR="009E1F27" w14:paraId="180E914A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05C24A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lastRenderedPageBreak/>
              <w:t>Tujuan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FB5093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Menghasilkan gambaran efektivitas, faktor penghambat, dan rekomendasi perbaikan tata kelola pengaduan.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4EDA04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Mengurangi berkas tidak lengkap dan kunjungan ulang melalui pengingat otomatis sebelum jadwal layanan.</w:t>
            </w:r>
          </w:p>
        </w:tc>
      </w:tr>
      <w:tr w:rsidR="009E1F27" w14:paraId="15E9E56A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E88274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Penerima Manfaat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E142F4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Masyarakat pengguna kanal pengaduan dan pengelola layanan.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D267EF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Pemohon layanan perizinan dan petugas loket.</w:t>
            </w:r>
          </w:p>
        </w:tc>
      </w:tr>
      <w:tr w:rsidR="009E1F27" w14:paraId="00C99ADC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12BFB7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Kebaruan/Nilai Tambah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1AFC3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Menggabungkan data kanal, waktu respons, dan pengalaman pengguna dalam satu analisis kebijakan.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D0B557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Pesan pengingat disesuaikan dengan jenis layanan dan dikirim sebelum jadwal kedatangan.</w:t>
            </w:r>
          </w:p>
        </w:tc>
      </w:tr>
      <w:tr w:rsidR="009E1F27" w14:paraId="0EA98AC1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468BA4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Tahapan Utama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67E261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Penyusunan instrumen; pengumpulan data; analisis; validasi; penyusunan rekomendasi.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47357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Pemetaan persyaratan; desain alur; prototipe; uji terbatas; perbaikan; perluasan.</w:t>
            </w:r>
          </w:p>
        </w:tc>
      </w:tr>
      <w:tr w:rsidR="009E1F27" w14:paraId="1FE876AF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CBFCB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Keluaran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9692A1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Laporan kajian, dataset bersih, dan rekomendasi kebijakan.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841A0F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Prototipe alur pengingat, pustaka pesan, dan panduan operasional.</w:t>
            </w:r>
          </w:p>
        </w:tc>
      </w:tr>
      <w:tr w:rsidR="009E1F27" w14:paraId="1CB171B7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1DEB1F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Hasil/Manfaat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D1CC0A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Tersedianya dasar perbaikan standar waktu respons dan pengelolaan data pengaduan.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8D9C49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Berkurangnya ketidaklengkapan berkas dan waktu penjelasan berulang di loket.</w:t>
            </w:r>
          </w:p>
        </w:tc>
      </w:tr>
      <w:tr w:rsidR="009E1F27" w14:paraId="7260CAED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64411C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Risiko/Kendala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22C1E3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Data antar-kanal tidak seragam; tingkat respons survei rendah.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74FED4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Perubahan persyaratan belum segera diperbarui; gangguan pengiriman pesan.</w:t>
            </w:r>
          </w:p>
        </w:tc>
      </w:tr>
      <w:tr w:rsidR="009E1F27" w14:paraId="19002CD2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55E3FB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Keberlanjutan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17CDA8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Rekomendasi dimasukkan ke rencana perbaikan dan pemantauan semester berikutnya.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3965B9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Pustaka pesan diperbarui oleh admin; uji diperluas bertahap ke jenis layanan lain.</w:t>
            </w:r>
          </w:p>
        </w:tc>
      </w:tr>
      <w:tr w:rsidR="009E1F27" w14:paraId="45A7E41B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C43A20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Indikator 1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F69C31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Proporsi pengaduan dengan waktu respons &lt;=2 hari: baseline 60%; target 85%; realisasi sementara 78%; sumber rekap layanan.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D2D0FA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Pemohon menerima pengingat: baseline 0%; target 90%; realisasi 82%; sumber log pengiriman.</w:t>
            </w:r>
          </w:p>
        </w:tc>
      </w:tr>
      <w:tr w:rsidR="009E1F27" w14:paraId="7C4D6AA4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E6BF1E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Indikator 2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3EBD89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Cakupan kanal yang dianalisis: baseline 2 kanal; target 4; realisasi 4; sumber dataset penelitian.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FA103B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Berkas tidak lengkap: baseline 22%; target &lt;=10%; realisasi 12%; sumber rekap loket.</w:t>
            </w:r>
          </w:p>
        </w:tc>
      </w:tr>
      <w:tr w:rsidR="009E1F27" w14:paraId="549FF169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011328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Sumber Daya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48CFDA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Tim 5 orang; anggaran kegiatan penelitian; dukungan pengelola data kanal (simulasi).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5AD4BB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Tim layanan dan pengelola sistem; sarana pengiriman pesan; dukungan admin (simulasi).</w:t>
            </w:r>
          </w:p>
        </w:tc>
      </w:tr>
      <w:tr w:rsidR="009E1F27" w14:paraId="2D9B0A81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FD1D11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Legalitas/Sistem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0D970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Surat tugas tim; spreadsheet konsolidasi data dan aplikasi survei.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B2635F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SK tim inovasi; sistem antrean dan layanan pesan yang tersedia.</w:t>
            </w:r>
          </w:p>
        </w:tc>
      </w:tr>
      <w:tr w:rsidR="009E1F27" w14:paraId="0AA9734E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EECC48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Bukti Dukung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1FC2B1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TOR, instrumen, dataset, notulen validasi, laporan antara/final.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7CE6A8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SK tim, desain alur, tangkapan layar prototipe, log uji coba, panduan operasional.</w:t>
            </w:r>
          </w:p>
        </w:tc>
      </w:tr>
    </w:tbl>
    <w:p w14:paraId="21B93AA0" w14:textId="77777777" w:rsidR="009E1F27" w:rsidRDefault="009E1F27">
      <w:pPr>
        <w:spacing w:after="0"/>
      </w:pPr>
    </w:p>
    <w:p w14:paraId="5A0AC3F2" w14:textId="77777777" w:rsidR="009E1F27" w:rsidRDefault="00000000">
      <w:r>
        <w:br w:type="page"/>
      </w:r>
    </w:p>
    <w:p w14:paraId="6A0C011D" w14:textId="77777777" w:rsidR="009E1F27" w:rsidRDefault="00000000">
      <w:pPr>
        <w:pStyle w:val="Heading1"/>
      </w:pPr>
      <w:r>
        <w:lastRenderedPageBreak/>
        <w:t>4. FRM-02 - Pemantauan dan Hasil Pemantauan</w:t>
      </w:r>
    </w:p>
    <w:p w14:paraId="6993AC72" w14:textId="77777777" w:rsidR="009E1F27" w:rsidRDefault="00000000">
      <w:r>
        <w:t>FRM-02 digunakan untuk mencatat kondisi aktual satu objek pada periode pemantauan. Isian memuat metode pemantauan, fakta, bukti, status, temuan, kendala, kebutuhan dukungan, dan kesimpulan hasil pemantauan.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7937"/>
      </w:tblGrid>
      <w:tr w:rsidR="009E1F27" w14:paraId="26E27CD4" w14:textId="77777777">
        <w:tc>
          <w:tcPr>
            <w:tcW w:w="7937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4B755E" w14:textId="77777777" w:rsidR="009E1F27" w:rsidRDefault="00000000">
            <w:pPr>
              <w:spacing w:before="20" w:after="20" w:line="264" w:lineRule="auto"/>
            </w:pPr>
            <w:r>
              <w:rPr>
                <w:b/>
                <w:color w:val="0B2D5A"/>
                <w:sz w:val="19"/>
              </w:rPr>
              <w:t xml:space="preserve">Batas pengisian: </w:t>
            </w:r>
            <w:r>
              <w:rPr>
                <w:sz w:val="19"/>
              </w:rPr>
              <w:t>Catat fakta baru, perubahan, kesenjangan, bukti, dan kebutuhan tindak lanjut. Jangan menyalin kembali seluruh profil dari FRM-01.</w:t>
            </w:r>
          </w:p>
        </w:tc>
      </w:tr>
    </w:tbl>
    <w:p w14:paraId="59DB9726" w14:textId="77777777" w:rsidR="009E1F27" w:rsidRDefault="009E1F27">
      <w:pPr>
        <w:spacing w:after="0"/>
      </w:pPr>
    </w:p>
    <w:p w14:paraId="5842673E" w14:textId="77777777" w:rsidR="009E1F27" w:rsidRDefault="00000000">
      <w:pPr>
        <w:pStyle w:val="Heading2"/>
      </w:pPr>
      <w:r>
        <w:t>4.1 Petunjuk per Elemen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4000"/>
        <w:gridCol w:w="2037"/>
      </w:tblGrid>
      <w:tr w:rsidR="009E1F27" w14:paraId="39FD395C" w14:textId="77777777">
        <w:trPr>
          <w:tblHeader/>
        </w:trPr>
        <w:tc>
          <w:tcPr>
            <w:tcW w:w="19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7F9895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Elemen/Kolom</w:t>
            </w:r>
          </w:p>
        </w:tc>
        <w:tc>
          <w:tcPr>
            <w:tcW w:w="40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0D448C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Cara Mengisi</w:t>
            </w:r>
          </w:p>
        </w:tc>
        <w:tc>
          <w:tcPr>
            <w:tcW w:w="2037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0BA671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Kendali Mutu</w:t>
            </w:r>
          </w:p>
        </w:tc>
      </w:tr>
      <w:tr w:rsidR="00C65FDC" w14:paraId="63ACB893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8E3F03" w14:textId="5BFCF645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Perangkat Daerah/ID Objek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141F98" w14:textId="7A1143F0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Tulis nama Perangkat Daerah dan ID Objek dari FRM-01/dashboard.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0CEB54" w14:textId="03462D7C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Pastikan ID sama.</w:t>
            </w:r>
          </w:p>
        </w:tc>
      </w:tr>
      <w:tr w:rsidR="00C65FDC" w14:paraId="49BA54B0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31CF0B" w14:textId="6B55B0AA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Nama Riset/Inovasi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E0CB90" w14:textId="545D5B05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Gunakan nama yang tercatat pada data induk.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EE22D1" w14:textId="1085CC14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Jangan menggunakan nama singkatan baru.</w:t>
            </w:r>
          </w:p>
        </w:tc>
      </w:tr>
      <w:tr w:rsidR="00C65FDC" w14:paraId="62665505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4FB696" w14:textId="037360EB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Tanggal/Periode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1C5961" w14:textId="06053BA4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Tulis tanggal kegiatan atau periode data yang diperiksa.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DC39D" w14:textId="3A64F003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Bedakan tanggal pemantauan dan periode bukti.</w:t>
            </w:r>
          </w:p>
        </w:tc>
      </w:tr>
      <w:tr w:rsidR="00C65FDC" w14:paraId="14AA4F1D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88BBE" w14:textId="1D4BC70C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Metode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75B338" w14:textId="1D0D1A68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Pilih Desk Review, Rapat Klarifikasi, Kunjungan Lapangan, Daring, atau Lainnya pada C13. Untuk gabungan metode, pilih Lainnya dan jelaskan metode yang digunakan pada Kesimpulan Pemantauan.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6931DA" w14:textId="5780FF56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Gunakan ejaan pilihan dalam Excel; jangan mengetik gabungan metode sebagai pilihan baru.</w:t>
            </w:r>
          </w:p>
        </w:tc>
      </w:tr>
      <w:tr w:rsidR="00C65FDC" w14:paraId="218217A8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A9D9FC" w14:textId="0483E516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Petugas dan Pihak Dikonfirmasi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1C7934" w14:textId="090D8062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Tulis petugas BAPPERIDA dan pihak yang memberikan klarifikasi.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62A5DE" w14:textId="7AF0EA09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Gunakan nama dan jabatan.</w:t>
            </w:r>
          </w:p>
        </w:tc>
      </w:tr>
      <w:tr w:rsidR="00C65FDC" w14:paraId="0859F1F9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D251FD" w14:textId="172BB479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No. dan Aspek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A0151A" w14:textId="1A5ACA95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Delapan aspek pada baris 18–25 sudah tersedia. Isilah hasil pemeriksaan pada baris aspek yang sesuai.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565725" w14:textId="06F42B0F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Nama aspek tidak perlu diganti.</w:t>
            </w:r>
          </w:p>
        </w:tc>
      </w:tr>
      <w:tr w:rsidR="00C65FDC" w14:paraId="22F091BF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A49487" w14:textId="4E113BBB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Kondisi/Fakta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E2EC4A" w14:textId="1BCA6905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Jelaskan apa yang sudah terjadi, capaian, kekurangan, atau perubahan.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FA66D" w14:textId="74303797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Gunakan kalimat faktual dan spesifik.</w:t>
            </w:r>
          </w:p>
        </w:tc>
      </w:tr>
      <w:tr w:rsidR="00C65FDC" w14:paraId="59FF7B8A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140077" w14:textId="1572D0BE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Bukti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6291EC" w14:textId="0B103249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Cantumkan nama dokumen, tautan, log, foto, atau data pendukung.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4E985" w14:textId="183DCC96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Bukti harus mendukung fakta pada baris yang sama.</w:t>
            </w:r>
          </w:p>
        </w:tc>
      </w:tr>
      <w:tr w:rsidR="00C65FDC" w14:paraId="50690B34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335060" w14:textId="61DC1A74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Status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9F344B" w14:textId="69264F97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Pilih Sesuai, Sebagian Sesuai, Belum Sesuai, atau Tidak Berlaku.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A5C44F" w14:textId="0E29E55A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Gunakan status berdasarkan bukti.</w:t>
            </w:r>
          </w:p>
        </w:tc>
      </w:tr>
      <w:tr w:rsidR="00C65FDC" w14:paraId="1B911332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DF9CAF" w14:textId="2E84B5C0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Tindak Lanjut Awal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ADAC3" w14:textId="051D655D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Tulis tindakan segera atau klarifikasi yang diperlukan sebelum evaluasi.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F747FA" w14:textId="3FE8D86E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Belum merupakan rekomendasi final.</w:t>
            </w:r>
          </w:p>
        </w:tc>
      </w:tr>
      <w:tr w:rsidR="00C65FDC" w14:paraId="388DD1FA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9A22AF" w14:textId="316495E4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Legalitas dan penanggung jawab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314BEB" w14:textId="7AF19C21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Periksa dasar pelaksanaan dan kejelasan penanggung jawab.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3A66FE" w14:textId="0DB7F7C4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Status sesuai jika bukti tersedia dan berlaku.</w:t>
            </w:r>
          </w:p>
        </w:tc>
      </w:tr>
      <w:tr w:rsidR="00C65FDC" w14:paraId="6F789BD3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BD2409" w14:textId="298AF147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Rencana dan tahapan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1C45C2" w14:textId="650B9F11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Bandingkan jadwal/rencana dengan realisasi tahap.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AD112C" w14:textId="1AFAFA73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Sebutkan tahap yang tertunda atau selesai.</w:t>
            </w:r>
          </w:p>
        </w:tc>
      </w:tr>
      <w:tr w:rsidR="00C65FDC" w14:paraId="09001673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FEDB80" w14:textId="706238F8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Kemajuan kegiatan dan keluaran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377C11" w14:textId="44A56C1E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Catat persentase atau produk yang telah dihasilkan.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9F655B" w14:textId="6941078E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Gunakan ukuran yang dapat diverifikasi.</w:t>
            </w:r>
          </w:p>
        </w:tc>
      </w:tr>
      <w:tr w:rsidR="00C65FDC" w14:paraId="3109FF0D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69EAB4" w14:textId="7548C345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Capaian indikator/manfaat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5DECAE" w14:textId="1C2CDEF7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Bandingkan realisasi dengan baseline dan target.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4DC1A1" w14:textId="6965C374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Gunakan periode data yang sama.</w:t>
            </w:r>
          </w:p>
        </w:tc>
      </w:tr>
      <w:tr w:rsidR="00C65FDC" w14:paraId="49E392B9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8A6D16" w14:textId="32ED68D4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lastRenderedPageBreak/>
              <w:t>Kualitas dan keterlacakan data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87DD41" w14:textId="42F4F7CF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Nilai kelengkapan, konsistensi, dan keterlacakan data.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3FCE8C" w14:textId="5408D39C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Pisahkan data tidak ada dan data belum diverifikasi.</w:t>
            </w:r>
          </w:p>
        </w:tc>
      </w:tr>
      <w:tr w:rsidR="00C65FDC" w14:paraId="3BB379C2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09016" w14:textId="72706376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Risiko/kendala dan penanganan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45D67" w14:textId="310BC2D1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Catat risiko aktual, dampak, serta penanganan awal.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202837" w14:textId="43E4FA89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Hindari daftar kendala tanpa dampak.</w:t>
            </w:r>
          </w:p>
        </w:tc>
      </w:tr>
      <w:tr w:rsidR="00C65FDC" w14:paraId="0F5EC791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2CEA8" w14:textId="344A294A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Tindak lanjut periode sebelumnya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CEF24C" w14:textId="73C5C7A3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Periksa status aksi dari periode sebelumnya.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243C5" w14:textId="4D802846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Isi Tidak Berlaku jika belum pernah ada rekomendasi.</w:t>
            </w:r>
          </w:p>
        </w:tc>
      </w:tr>
      <w:tr w:rsidR="00C65FDC" w14:paraId="76EBB91A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1AC7D6" w14:textId="638A27F1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Keberlanjutan/pengembangan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71457F" w14:textId="65631D4B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Periksa rencana pemanfaatan, pelembagaan, atau perluasan.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83CA11" w14:textId="3789786A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Harus didukung komitmen/tahapan.</w:t>
            </w:r>
          </w:p>
        </w:tc>
      </w:tr>
      <w:tr w:rsidR="00C65FDC" w14:paraId="3E0B356D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290CDC" w14:textId="018AF438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Temuan Positif/Praktik Baik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DF3BD9" w14:textId="740474AA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Ringkas praktik baik yang layak dipertahankan atau dibagikan.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07CB33" w14:textId="5630CC13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Pilih temuan paling bermakna.</w:t>
            </w:r>
          </w:p>
        </w:tc>
      </w:tr>
      <w:tr w:rsidR="00C65FDC" w14:paraId="39590D54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0D5E87" w14:textId="68EAF693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Temuan Prioritas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F04945" w14:textId="1AE5DC76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Ringkas kesenjangan yang paling memengaruhi target.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37A8F1" w14:textId="2ED2B70E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Maksimal beberapa isu utama.</w:t>
            </w:r>
          </w:p>
        </w:tc>
      </w:tr>
      <w:tr w:rsidR="00C65FDC" w14:paraId="1366D62D" w14:textId="77777777" w:rsidTr="00C65FDC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611906" w14:textId="0B5A047C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Akar Penyebab Awal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09B5ED" w14:textId="6CFCFE7E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Tuliskan penyebab awal berdasarkan klarifikasi.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50828" w14:textId="01A1969B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Akan diuji pada tahap evaluasi.</w:t>
            </w:r>
          </w:p>
        </w:tc>
      </w:tr>
      <w:tr w:rsidR="00C65FDC" w14:paraId="0170C5C9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738E0E" w14:textId="77777777" w:rsid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Kebutuhan Pendampingan/</w:t>
            </w:r>
          </w:p>
          <w:p w14:paraId="6B3348B3" w14:textId="3D5D4D84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Keputusan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8D864" w14:textId="0B84C885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Sebutkan pendampingan atau keputusan yang diperlukan.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123465" w14:textId="4A700AC7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Jelaskan pihak yang diharapkan membantu.</w:t>
            </w:r>
          </w:p>
        </w:tc>
      </w:tr>
      <w:tr w:rsidR="00C65FDC" w14:paraId="2BE9A4A0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37FE3" w14:textId="5AB6AB98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Kesimpulan Pemantauan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5DD04C" w14:textId="000D5FC0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Berikan simpulan singkat mengenai kemajuan dan kesiapan evaluasi.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0CF397" w14:textId="475A5609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Selaras dengan fakta dan status.</w:t>
            </w:r>
          </w:p>
        </w:tc>
      </w:tr>
      <w:tr w:rsidR="00C65FDC" w14:paraId="4C614EC7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91F765" w14:textId="2CE1D590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Petugas Pemantauan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CC9271" w14:textId="1C1EFC87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Cantumkan nama/jabatan petugas yang menyusun hasil pemantauan.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1ACE19" w14:textId="6FA3826A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Sesuai petugas pada bagian A.</w:t>
            </w:r>
          </w:p>
        </w:tc>
      </w:tr>
      <w:tr w:rsidR="00C65FDC" w14:paraId="2A8B1051" w14:textId="77777777" w:rsidTr="00C65FDC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B34A30" w14:textId="6ECACC01" w:rsidR="00C65FDC" w:rsidRPr="00C65FDC" w:rsidRDefault="00C65FDC" w:rsidP="00C65FDC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Focal Point/Pihak Dikonfirmasi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1DBAC" w14:textId="6BCA8E39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color w:val="000000"/>
                <w:sz w:val="16"/>
                <w:szCs w:val="16"/>
              </w:rPr>
              <w:t>Cantumkan nama/jabatan pihak yang memberikan klarifikasi.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50CDC" w14:textId="6ECF12F8" w:rsidR="00C65FDC" w:rsidRPr="00C65FDC" w:rsidRDefault="00C65FDC" w:rsidP="00C65FDC">
            <w:pPr>
              <w:spacing w:after="0" w:line="259" w:lineRule="auto"/>
              <w:rPr>
                <w:sz w:val="16"/>
                <w:szCs w:val="16"/>
              </w:rPr>
            </w:pPr>
            <w:r w:rsidRPr="00C65FDC">
              <w:rPr>
                <w:sz w:val="16"/>
                <w:szCs w:val="16"/>
              </w:rPr>
              <w:t>Menunjukkan pihak yang dikonfirmasi, bukan pengalih tanggung jawab penilaian.</w:t>
            </w:r>
          </w:p>
        </w:tc>
      </w:tr>
    </w:tbl>
    <w:p w14:paraId="5E60613F" w14:textId="77777777" w:rsidR="009E1F27" w:rsidRDefault="009E1F27">
      <w:pPr>
        <w:spacing w:after="0"/>
      </w:pPr>
    </w:p>
    <w:p w14:paraId="327F94B1" w14:textId="77777777" w:rsidR="009E1F27" w:rsidRDefault="00000000">
      <w:pPr>
        <w:pStyle w:val="Heading2"/>
      </w:pPr>
      <w:r>
        <w:t>4.2 Arti Status Pemantauan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6037"/>
      </w:tblGrid>
      <w:tr w:rsidR="009E1F27" w14:paraId="2DA9AE96" w14:textId="77777777">
        <w:trPr>
          <w:tblHeader/>
        </w:trPr>
        <w:tc>
          <w:tcPr>
            <w:tcW w:w="19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781155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w="6037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3DCB37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Penggunaan</w:t>
            </w:r>
          </w:p>
        </w:tc>
      </w:tr>
      <w:tr w:rsidR="009E1F27" w14:paraId="665440D0" w14:textId="77777777">
        <w:trPr>
          <w:cantSplit/>
        </w:trPr>
        <w:tc>
          <w:tcPr>
            <w:tcW w:w="1900" w:type="dxa"/>
            <w:shd w:val="clear" w:color="auto" w:fill="EAF7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9B6D68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Sesuai</w:t>
            </w:r>
          </w:p>
        </w:tc>
        <w:tc>
          <w:tcPr>
            <w:tcW w:w="6037" w:type="dxa"/>
            <w:shd w:val="clear" w:color="auto" w:fill="EAF7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C12279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Kondisi memenuhi rencana/kriteria dan didukung bukti memadai.</w:t>
            </w:r>
          </w:p>
        </w:tc>
      </w:tr>
      <w:tr w:rsidR="009E1F27" w14:paraId="64868FCF" w14:textId="77777777">
        <w:trPr>
          <w:cantSplit/>
        </w:trPr>
        <w:tc>
          <w:tcPr>
            <w:tcW w:w="1900" w:type="dxa"/>
            <w:shd w:val="clear" w:color="auto" w:fill="FFF6D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4768FE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Sebagian Sesuai</w:t>
            </w:r>
          </w:p>
        </w:tc>
        <w:tc>
          <w:tcPr>
            <w:tcW w:w="6037" w:type="dxa"/>
            <w:shd w:val="clear" w:color="auto" w:fill="FFF6D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93B4A9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Sebagian kriteria telah terpenuhi, tetapi masih ada kekurangan yang dapat diperbaiki.</w:t>
            </w:r>
          </w:p>
        </w:tc>
      </w:tr>
      <w:tr w:rsidR="009E1F27" w14:paraId="340EFDEC" w14:textId="77777777">
        <w:trPr>
          <w:cantSplit/>
        </w:trPr>
        <w:tc>
          <w:tcPr>
            <w:tcW w:w="1900" w:type="dxa"/>
            <w:shd w:val="clear" w:color="auto" w:fill="FDECE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47DEEE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Belum Sesuai</w:t>
            </w:r>
          </w:p>
        </w:tc>
        <w:tc>
          <w:tcPr>
            <w:tcW w:w="6037" w:type="dxa"/>
            <w:shd w:val="clear" w:color="auto" w:fill="FDECE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40050F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Kriteria belum terpenuhi atau tidak tersedia bukti yang memadai.</w:t>
            </w:r>
          </w:p>
        </w:tc>
      </w:tr>
      <w:tr w:rsidR="009E1F27" w14:paraId="62E01E0F" w14:textId="77777777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3008BF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Tidak Berlaku</w:t>
            </w:r>
          </w:p>
        </w:tc>
        <w:tc>
          <w:tcPr>
            <w:tcW w:w="6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CC6233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Aspek memang tidak relevan untuk objek/periode tersebut; alasan wajib ditulis.</w:t>
            </w:r>
          </w:p>
        </w:tc>
      </w:tr>
    </w:tbl>
    <w:p w14:paraId="4AEE15FE" w14:textId="77777777" w:rsidR="009E1F27" w:rsidRDefault="009E1F27">
      <w:pPr>
        <w:spacing w:after="0"/>
      </w:pPr>
    </w:p>
    <w:p w14:paraId="5CA60A59" w14:textId="77777777" w:rsidR="00C05B08" w:rsidRDefault="00C05B08">
      <w:pPr>
        <w:spacing w:after="0"/>
      </w:pPr>
    </w:p>
    <w:p w14:paraId="20B03112" w14:textId="77777777" w:rsidR="00C05B08" w:rsidRDefault="00C05B08">
      <w:pPr>
        <w:spacing w:after="0"/>
      </w:pPr>
    </w:p>
    <w:p w14:paraId="0B20FA85" w14:textId="77777777" w:rsidR="00C05B08" w:rsidRDefault="00C05B08">
      <w:pPr>
        <w:spacing w:after="0"/>
      </w:pPr>
    </w:p>
    <w:p w14:paraId="2ACE845F" w14:textId="77777777" w:rsidR="009E1F27" w:rsidRDefault="00000000">
      <w:pPr>
        <w:pStyle w:val="Heading2"/>
      </w:pPr>
      <w:r>
        <w:lastRenderedPageBreak/>
        <w:t>4.3 Contoh Pengisian FRM-02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3193"/>
        <w:gridCol w:w="3194"/>
      </w:tblGrid>
      <w:tr w:rsidR="009E1F27" w14:paraId="0280D52B" w14:textId="77777777">
        <w:trPr>
          <w:tblHeader/>
        </w:trPr>
        <w:tc>
          <w:tcPr>
            <w:tcW w:w="155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B8F4D8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Elemen</w:t>
            </w:r>
          </w:p>
        </w:tc>
        <w:tc>
          <w:tcPr>
            <w:tcW w:w="3193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95F57D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Contoh Riset (Simulasi)</w:t>
            </w:r>
          </w:p>
        </w:tc>
        <w:tc>
          <w:tcPr>
            <w:tcW w:w="3194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F768EA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Contoh Inovasi (Simulasi)</w:t>
            </w:r>
          </w:p>
        </w:tc>
      </w:tr>
      <w:tr w:rsidR="009E1F27" w14:paraId="722F6827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E8546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Identitas/Periode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CBA02E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RST-DISKOMINFO-2026-001; pemantauan 31 Agustus 2026; data Juli-Agustus 2026.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CCD5B5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INV-DPMPTSP-2026-001; pemantauan 5 September 2026; data uji coba Juli-Agustus 2026.</w:t>
            </w:r>
          </w:p>
        </w:tc>
      </w:tr>
      <w:tr w:rsidR="009E1F27" w14:paraId="636F1C9E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BB937C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Metode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15C480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Desk review dokumen dan rapat klarifikasi dengan tim kajian.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205524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Desk review log sistem dan wawancara singkat petugas loket.</w:t>
            </w:r>
          </w:p>
        </w:tc>
      </w:tr>
      <w:tr w:rsidR="009E1F27" w14:paraId="5B1FE651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A9D1BC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Legalitas/PJ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DFE832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Surat tugas tim tersedia; penanggung jawab jelas. Status: Sesuai.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BAA44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SK tim dan admin sistem tersedia. Status: Sesuai.</w:t>
            </w:r>
          </w:p>
        </w:tc>
      </w:tr>
      <w:tr w:rsidR="009E1F27" w14:paraId="179A7FFC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D395AD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Rencana/Tahapan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220F66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Empat dari lima tahap berjalan; validasi hasil belum dilakukan. Status: Sebagian Sesuai.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59823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Uji terbatas terlaksana pada tiga jenis layanan sesuai rencana. Status: Sesuai.</w:t>
            </w:r>
          </w:p>
        </w:tc>
      </w:tr>
      <w:tr w:rsidR="009E1F27" w14:paraId="082DBD35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2CB766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Kemajuan/Keluaran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847728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Pengumpulan data 80%; dataset belum seluruhnya dibersihkan. Bukti: rekap responden dan dataset kerja.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DC0EBA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Prototipe aktif; pustaka pesan untuk tiga layanan tersedia. Bukti: log dan tangkapan layar.</w:t>
            </w:r>
          </w:p>
        </w:tc>
      </w:tr>
      <w:tr w:rsidR="009E1F27" w14:paraId="6B2173C1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C0403E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Indikator/Manfaat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6D67E3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Empat kanal sudah tercakup, tetapi sampel pengguna baru 80 dari target 100. Status: Sebagian Sesuai.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372F62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82% pemohon menerima pesan; berkas tidak lengkap turun menjadi 12%. Status: Sebagian Sesuai.</w:t>
            </w:r>
          </w:p>
        </w:tc>
      </w:tr>
      <w:tr w:rsidR="009E1F27" w14:paraId="5A76F659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6292F1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Data/Dokumentasi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AC340B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Data kanal tersedia, tetapi kode kategori belum seragam. Status: Sebagian Sesuai.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5553A6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Log pengiriman tersedia; alasan pesan gagal belum diklasifikasikan. Status: Sebagian Sesuai.</w:t>
            </w:r>
          </w:p>
        </w:tc>
      </w:tr>
      <w:tr w:rsidR="009E1F27" w14:paraId="597EB6BC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D595AB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Risiko/Kendala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DB72B9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Respons survei lambat berisiko menunda validasi. Tindak lanjut awal: tambah pengingat responden.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CD067D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Perubahan persyaratan berisiko membuat pesan tidak mutakhir. Tindak lanjut awal: tetapkan PIC pembaruan.</w:t>
            </w:r>
          </w:p>
        </w:tc>
      </w:tr>
      <w:tr w:rsidR="009E1F27" w14:paraId="6679B711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353584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Status Tindak Lanjut Periode Sebelumnya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530662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Tidak Berlaku; belum ada rekomendasi periode sebelumnya.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8BA23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Perbaikan bahasa pesan periode sebelumnya sudah selesai dan dibuktikan dengan versi terbaru.</w:t>
            </w:r>
          </w:p>
        </w:tc>
      </w:tr>
      <w:tr w:rsidR="009E1F27" w14:paraId="78F42D3F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0E5A9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Keberlanjutan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27601C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Rencana diseminasi dan integrasi rekomendasi belum rinci. Status: Sebagian Sesuai.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9ED23C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Rencana perluasan sudah ada, tetapi mekanisme pemeliharaan belum ditetapkan. Status: Sebagian Sesuai.</w:t>
            </w:r>
          </w:p>
        </w:tc>
      </w:tr>
      <w:tr w:rsidR="009E1F27" w14:paraId="58B529DB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78C7D7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Temuan Positif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769FC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Cakupan sumber data meningkat dari dua menjadi empat kanal.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C9AB15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Petugas loket aktif memberikan umpan balik dan pustaka pesan mudah disesuaikan.</w:t>
            </w:r>
          </w:p>
        </w:tc>
      </w:tr>
      <w:tr w:rsidR="009E1F27" w14:paraId="25F456C1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139F9C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Temuan Prioritas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DEF079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Kekurangan sampel dan standardisasi kategori data.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BC32C4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Pembaruan persyaratan dan pencatatan pesan gagal.</w:t>
            </w:r>
          </w:p>
        </w:tc>
      </w:tr>
      <w:tr w:rsidR="009E1F27" w14:paraId="20889F2A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B103E1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Akar Penyebab Awal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E9972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Pengingat responden belum terjadwal; pedoman pengodean belum tersedia.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816191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Belum ada PIC tunggal dan prosedur pembaruan pustaka pesan.</w:t>
            </w:r>
          </w:p>
        </w:tc>
      </w:tr>
      <w:tr w:rsidR="009E1F27" w14:paraId="289E1F80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4EDD88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Kebutuhan Dukungan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958AFD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Penetapan jadwal validasi dan bantuan unit data untuk standardisasi.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01EAEC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Keputusan penunjukan PIC serta mekanisme audit pesan bulanan.</w:t>
            </w:r>
          </w:p>
        </w:tc>
      </w:tr>
      <w:tr w:rsidR="009E1F27" w14:paraId="33E6B04D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2B3B14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Kesimpulan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865657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Kajian berjalan sesuai arah, tetapi perlu melengkapi data sebelum evaluasi final.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AB2CE9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Inovasi menunjukkan manfaat awal dan siap dievaluasi dengan penguatan tata kelola pemeliharaan.</w:t>
            </w:r>
          </w:p>
        </w:tc>
      </w:tr>
    </w:tbl>
    <w:p w14:paraId="340642A7" w14:textId="77777777" w:rsidR="009E1F27" w:rsidRDefault="009E1F27">
      <w:pPr>
        <w:spacing w:after="0"/>
      </w:pPr>
    </w:p>
    <w:p w14:paraId="6F37E1D9" w14:textId="77777777" w:rsidR="009E1F27" w:rsidRDefault="00000000">
      <w:r>
        <w:br w:type="page"/>
      </w:r>
    </w:p>
    <w:p w14:paraId="4DE03239" w14:textId="77777777" w:rsidR="009E1F27" w:rsidRDefault="00000000">
      <w:pPr>
        <w:pStyle w:val="Heading1"/>
      </w:pPr>
      <w:r>
        <w:lastRenderedPageBreak/>
        <w:t>5. FRM-03 - Evaluasi dan Rekomendasi</w:t>
      </w:r>
    </w:p>
    <w:p w14:paraId="2CF3A03B" w14:textId="77777777" w:rsidR="009E1F27" w:rsidRDefault="00000000">
      <w:r>
        <w:t>FRM-03 memuat penilaian evaluatif dan rekomendasi perbaikan. Tim Evaluasi menggunakan FRM-01, FRM-02, bukti dukung, serta hasil klarifikasi sebagai dasar penilaian. Nilai tidak boleh diberikan hanya berdasarkan persepsi evaluator.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7937"/>
      </w:tblGrid>
      <w:tr w:rsidR="009E1F27" w14:paraId="30AA72FE" w14:textId="77777777">
        <w:tc>
          <w:tcPr>
            <w:tcW w:w="7937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56C403" w14:textId="77777777" w:rsidR="009E1F27" w:rsidRDefault="00000000">
            <w:pPr>
              <w:spacing w:before="20" w:after="20" w:line="264" w:lineRule="auto"/>
            </w:pPr>
            <w:r>
              <w:rPr>
                <w:b/>
                <w:color w:val="0B2D5A"/>
                <w:sz w:val="19"/>
              </w:rPr>
              <w:t xml:space="preserve">Hubungan data: </w:t>
            </w:r>
            <w:r>
              <w:rPr>
                <w:sz w:val="19"/>
              </w:rPr>
              <w:t>Nilai dan alasan berasal dari bukti; rekomendasi berasal dari kesenjangan; kode rekomendasi diteruskan ke FRM-04.</w:t>
            </w:r>
          </w:p>
        </w:tc>
      </w:tr>
    </w:tbl>
    <w:p w14:paraId="160A5431" w14:textId="77777777" w:rsidR="009E1F27" w:rsidRDefault="009E1F27">
      <w:pPr>
        <w:spacing w:after="0"/>
      </w:pPr>
    </w:p>
    <w:p w14:paraId="254C8E14" w14:textId="77777777" w:rsidR="009E1F27" w:rsidRDefault="00000000">
      <w:pPr>
        <w:pStyle w:val="Heading2"/>
      </w:pPr>
      <w:r>
        <w:t>5.1 Petunjuk per Elemen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4000"/>
        <w:gridCol w:w="2037"/>
      </w:tblGrid>
      <w:tr w:rsidR="009E1F27" w14:paraId="2BCD62C3" w14:textId="77777777">
        <w:trPr>
          <w:tblHeader/>
        </w:trPr>
        <w:tc>
          <w:tcPr>
            <w:tcW w:w="19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36A8A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Elemen/Kolom</w:t>
            </w:r>
          </w:p>
        </w:tc>
        <w:tc>
          <w:tcPr>
            <w:tcW w:w="40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4AD85F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Cara Mengisi</w:t>
            </w:r>
          </w:p>
        </w:tc>
        <w:tc>
          <w:tcPr>
            <w:tcW w:w="2037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5B7CBF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Kendali Mutu</w:t>
            </w:r>
          </w:p>
        </w:tc>
      </w:tr>
      <w:tr w:rsidR="00C05B08" w14:paraId="5EF576C6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6C8437" w14:textId="77777777" w:rsid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Perangkat Daerah/</w:t>
            </w:r>
          </w:p>
          <w:p w14:paraId="01528F3C" w14:textId="2E4EF07C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ID Objek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4DB3B5" w14:textId="32CE2E37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Isi nama Perangkat Daerah dan ID Objek.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F40876" w14:textId="28317869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Cocokkan identitas dengan FRM-01 dan FRM-02.</w:t>
            </w:r>
          </w:p>
        </w:tc>
      </w:tr>
      <w:tr w:rsidR="00C05B08" w14:paraId="69124A5B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DA76F4" w14:textId="0B8928D5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Nama Riset/Inovasi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122D22" w14:textId="7D0451E7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Salin nama riset/inovasi yang sama dengan data induk.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5A378F" w14:textId="4F080F62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Cocokkan identitas dengan FRM-01 dan FRM-02.</w:t>
            </w:r>
          </w:p>
        </w:tc>
      </w:tr>
      <w:tr w:rsidR="00C05B08" w14:paraId="0CD6D3A0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BB63FD" w14:textId="466DCA6F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Periode Evaluasi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F7E66F" w14:textId="53E8973F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Tulis periode data yang dievaluasi.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4FFE2C" w14:textId="3B992FB3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Cocokkan identitas dengan FRM-01 dan FRM-02.</w:t>
            </w:r>
          </w:p>
        </w:tc>
      </w:tr>
      <w:tr w:rsidR="00C05B08" w14:paraId="4D270543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815B7F" w14:textId="642812B5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Evaluator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9FDDB9" w14:textId="052BAD2A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Tulis nama dan jabatan evaluator.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09B9BA" w14:textId="4CFC5425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Cocokkan identitas dengan FRM-01 dan FRM-02.</w:t>
            </w:r>
          </w:p>
        </w:tc>
      </w:tr>
      <w:tr w:rsidR="00C05B08" w14:paraId="064F88C9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01BC5F" w14:textId="0EE929B0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No. dan Aspek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A46AF7" w14:textId="26875949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Tujuh aspek sudah tersedia pada baris 17–23. Nilai semua aspek berdasarkan bukti yang relevan.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A879A6" w14:textId="16D19F35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Tidak mengubah aspek atau bobot secara sepihak.</w:t>
            </w:r>
          </w:p>
        </w:tc>
      </w:tr>
      <w:tr w:rsidR="00C05B08" w14:paraId="044B71FC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3F3254" w14:textId="3385570B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Bobot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7A99E7" w14:textId="0CD1F3D3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Bobot sudah ditetapkan pada formulir dan tidak diubah oleh evaluator.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6F2782" w14:textId="504F7EBA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Jumlah bobot harus 100.</w:t>
            </w:r>
          </w:p>
        </w:tc>
      </w:tr>
      <w:tr w:rsidR="00C05B08" w14:paraId="47008A35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607629" w14:textId="644894A3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Skor 1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A1E3C7" w14:textId="6CCA1654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Belum terpenuhi atau tidak ada bukti memadai.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AC1DD0" w14:textId="4374D757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Jelaskan kekurangan utama.</w:t>
            </w:r>
          </w:p>
        </w:tc>
      </w:tr>
      <w:tr w:rsidR="00C05B08" w14:paraId="0647C500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C2DE54" w14:textId="405DD2FF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Skor 2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D83CDF" w14:textId="46F1A4F8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Terpenuhi sebagian; masih terdapat kesenjangan penting.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A3F055" w14:textId="6BA124C0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Sebutkan bagian yang sudah dan belum terpenuhi.</w:t>
            </w:r>
          </w:p>
        </w:tc>
      </w:tr>
      <w:tr w:rsidR="00C05B08" w14:paraId="7C6E396D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5D357E" w14:textId="0D388690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Skor 3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D9E7DC" w14:textId="5F8A12C3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Terpenuhi dengan baik dan didukung bukti.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A0A888" w14:textId="7FAFCEAA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Bukti harus relevan dan mutakhir.</w:t>
            </w:r>
          </w:p>
        </w:tc>
      </w:tr>
      <w:tr w:rsidR="00C05B08" w14:paraId="0CBFC2B0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9E0A80" w14:textId="26357880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Skor 4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05ACBC" w14:textId="1937EC1A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Terpenuhi sangat baik, konsisten, dan memiliki bukti kuat/praktik baik.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C09924" w14:textId="696922E8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Jangan memberi skor 4 tanpa alasan spesifik.</w:t>
            </w:r>
          </w:p>
        </w:tc>
      </w:tr>
      <w:tr w:rsidR="00C05B08" w14:paraId="3D925FAF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9C8DCA" w14:textId="37384A05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Nilai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F84C89" w14:textId="10FFD281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Dihitung otomatis: skor dibagi 4 lalu dikalikan bobot.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9CE88E" w14:textId="4F828BE3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Tidak diisi manual.</w:t>
            </w:r>
          </w:p>
        </w:tc>
      </w:tr>
      <w:tr w:rsidR="00C05B08" w14:paraId="0BB9DDB8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6D9D15" w14:textId="14F99E30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Bukti/Alasan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3006AC" w14:textId="1D2E75A2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Tulis bukti yang diperiksa dan alasan pemberian skor.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7CB85F" w14:textId="727C3E9E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Harus cukup bagi pemeriksa lain untuk memahami penilaian.</w:t>
            </w:r>
          </w:p>
        </w:tc>
      </w:tr>
      <w:tr w:rsidR="00C05B08" w14:paraId="2ACE3821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BA113" w14:textId="09747E38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lastRenderedPageBreak/>
              <w:t>TOTAL dan Nilai dan Kategori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DF4FD0" w14:textId="7570B7D5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TOTAL pada F24 dan Nilai dan Kategori pada C28 dihitung otomatis. Gunakan hasil hanya setelah seluruh E17:E23 berisi skor 1–4.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05A66C" w14:textId="45DC8AB2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Rumus saat ini menampilkan jumlah dan kategori walau baru sebagian skor terisi; hasil tersebut belum menjadi nilai akhir. Jangan menimpa rumus.</w:t>
            </w:r>
          </w:p>
        </w:tc>
      </w:tr>
      <w:tr w:rsidR="00C05B08" w14:paraId="1A3696D1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4C1AFC" w14:textId="00892C50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Kekuatan/Praktik Baik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41CF3" w14:textId="1836B33B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Ringkas aspek yang paling kuat dan layak dipertahankan.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C7633B" w14:textId="78F14874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Berbasis hasil skor dan bukti.</w:t>
            </w:r>
          </w:p>
        </w:tc>
      </w:tr>
      <w:tr w:rsidR="00C05B08" w14:paraId="3803D4DF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44953C" w14:textId="22A838F6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Kesenjangan dan Akar Penyebab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1DF94F" w14:textId="171F919C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Jelaskan gap target-kondisi dan penyebab yang telah diklarifikasi.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F235BA" w14:textId="46F007A6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Bedakan gejala dan penyebab.</w:t>
            </w:r>
          </w:p>
        </w:tc>
      </w:tr>
      <w:tr w:rsidR="00C05B08" w14:paraId="562E818D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0A409D" w14:textId="0C4B8AE9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Kesimpulan Evaluasi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5D7318" w14:textId="7717A736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Nyatakan kategori dan makna hasil evaluasi secara ringkas.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153210" w14:textId="33D7F909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Jangan hanya mengulang nilai.</w:t>
            </w:r>
          </w:p>
        </w:tc>
      </w:tr>
      <w:tr w:rsidR="00C05B08" w14:paraId="1B871FC0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2CF416" w14:textId="6CD9DFD4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Kode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9CBF1E" w14:textId="2536775D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Gunakan REK-01, REK-02, dan seterusnya untuk satu objek/periode.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5CB48B" w14:textId="763399DF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Kode harus unik dan dipakai kembali pada FRM-04.</w:t>
            </w:r>
          </w:p>
        </w:tc>
      </w:tr>
      <w:tr w:rsidR="00C05B08" w14:paraId="1A3177F6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D9C7C4" w14:textId="4C7E753D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Temuan/Kesenjangan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D17AD4" w14:textId="22463777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Tulis masalah spesifik yang harus diperbaiki.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61DB93" w14:textId="6C9C8C1B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Satu baris untuk satu isu utama.</w:t>
            </w:r>
          </w:p>
        </w:tc>
      </w:tr>
      <w:tr w:rsidR="00C05B08" w14:paraId="08508A53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3DEDF" w14:textId="6B99FDFB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Akar Penyebab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1A0E4B" w14:textId="49E2FD9E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Tulis penyebab yang dapat ditangani oleh rekomendasi.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A321B2" w14:textId="417B6464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Hindari sebab yang terlalu umum.</w:t>
            </w:r>
          </w:p>
        </w:tc>
      </w:tr>
      <w:tr w:rsidR="00C05B08" w14:paraId="43A1181E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66BAAA" w14:textId="77777777" w:rsid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Rekomendasi/</w:t>
            </w:r>
          </w:p>
          <w:p w14:paraId="6684A619" w14:textId="03012EA2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Tindakan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E4F769" w14:textId="242880E0" w:rsidR="00C05B08" w:rsidRPr="00C05B08" w:rsidRDefault="00C05B08" w:rsidP="00C05B08">
            <w:pPr>
              <w:spacing w:after="0" w:line="259" w:lineRule="auto"/>
              <w:rPr>
                <w:color w:val="000000"/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Gunakan kata kerja tindakan dan sebutkan hasil yang diharapkan.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F420F5" w14:textId="35C73AE1" w:rsidR="00C05B08" w:rsidRPr="00C05B08" w:rsidRDefault="00C05B08" w:rsidP="00C05B08">
            <w:pPr>
              <w:spacing w:after="0" w:line="259" w:lineRule="auto"/>
              <w:rPr>
                <w:color w:val="000000"/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Harus realistis dan berada dalam kewenangan.</w:t>
            </w:r>
          </w:p>
        </w:tc>
      </w:tr>
      <w:tr w:rsidR="00C05B08" w14:paraId="4A1A2E57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53E7E6" w14:textId="10A7D925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Penanggung Jawab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F45186" w14:textId="40E4C91F" w:rsidR="00C05B08" w:rsidRPr="00C05B08" w:rsidRDefault="00C05B08" w:rsidP="00C05B08">
            <w:pPr>
              <w:spacing w:after="0" w:line="259" w:lineRule="auto"/>
              <w:rPr>
                <w:color w:val="000000"/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Tentukan unit atau pejabat pelaksana.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E85BE6" w14:textId="372A8874" w:rsidR="00C05B08" w:rsidRPr="00C05B08" w:rsidRDefault="00C05B08" w:rsidP="00C05B08">
            <w:pPr>
              <w:spacing w:after="0" w:line="259" w:lineRule="auto"/>
              <w:rPr>
                <w:color w:val="000000"/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Jangan hanya menulis 'Perangkat Daerah'.</w:t>
            </w:r>
          </w:p>
        </w:tc>
      </w:tr>
      <w:tr w:rsidR="00C05B08" w14:paraId="456AFC51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094BF7" w14:textId="12421A84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Prioritas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B3F861" w14:textId="2404897F" w:rsidR="00C05B08" w:rsidRPr="00C05B08" w:rsidRDefault="00C05B08" w:rsidP="00C05B08">
            <w:pPr>
              <w:spacing w:after="0" w:line="259" w:lineRule="auto"/>
              <w:rPr>
                <w:color w:val="000000"/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Pilih Tinggi, Sedang, atau Rendah berdasarkan risiko dan urgensi.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4C7D2D" w14:textId="75C1A540" w:rsidR="00C05B08" w:rsidRPr="00C05B08" w:rsidRDefault="00C05B08" w:rsidP="00C05B08">
            <w:pPr>
              <w:spacing w:after="0" w:line="259" w:lineRule="auto"/>
              <w:rPr>
                <w:color w:val="000000"/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Konsisten dengan tenggat.</w:t>
            </w:r>
          </w:p>
        </w:tc>
      </w:tr>
      <w:tr w:rsidR="00C05B08" w14:paraId="02996AF9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D54B6A" w14:textId="0CFFE4AA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Tenggat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B1280" w14:textId="5D1BA1CE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Tentukan tanggal penyelesaian yang jelas.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18F0B" w14:textId="20ED83A9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Pertimbangkan sumber daya dan urutan tindakan.</w:t>
            </w:r>
          </w:p>
        </w:tc>
      </w:tr>
      <w:tr w:rsidR="00C05B08" w14:paraId="53C5795D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48249A" w14:textId="4FF415C3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Indikator Keberhasilan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0E5E9" w14:textId="081B3F6B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Nyatakan bukti atau ukuran yang menunjukkan rekomendasi selesai.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70FDCD" w14:textId="52E0A42A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Harus dapat diverifikasi.</w:t>
            </w:r>
          </w:p>
        </w:tc>
      </w:tr>
      <w:tr w:rsidR="00C05B08" w14:paraId="64CBC147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486C56" w14:textId="61F3C908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Evaluator/Penyusun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70DB08" w14:textId="185CAEB6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Cantumkan nama/jabatan penyusun evaluasi dan rekomendasi.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8FC029" w14:textId="0F06BAD3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Sesuai evaluator pada bagian A.</w:t>
            </w:r>
          </w:p>
        </w:tc>
      </w:tr>
      <w:tr w:rsidR="00C05B08" w14:paraId="4095D8F2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128201" w14:textId="77777777" w:rsid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Koordinator/</w:t>
            </w:r>
          </w:p>
          <w:p w14:paraId="318FFEFD" w14:textId="49A16E55" w:rsidR="00C05B08" w:rsidRPr="00C65FDC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65FDC">
              <w:rPr>
                <w:b/>
                <w:bCs/>
                <w:color w:val="002060"/>
                <w:sz w:val="16"/>
                <w:szCs w:val="16"/>
              </w:rPr>
              <w:t>Verifikator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35EB7A" w14:textId="36A7307E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Diisi pihak yang memeriksa konsistensi skor, bukti, dan rekomendasi.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9790AC" w14:textId="1039E2C8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Pemeriksaan dilakukan sebelum hasil digunakan sebagai dasar FRM-04.</w:t>
            </w:r>
          </w:p>
        </w:tc>
      </w:tr>
    </w:tbl>
    <w:p w14:paraId="14D751C5" w14:textId="77777777" w:rsidR="009E1F27" w:rsidRDefault="009E1F27">
      <w:pPr>
        <w:spacing w:after="0"/>
      </w:pPr>
    </w:p>
    <w:p w14:paraId="0ACFE30F" w14:textId="05C90DAD" w:rsidR="00C05B08" w:rsidRDefault="00C05B08">
      <w:pPr>
        <w:spacing w:after="0"/>
        <w:rPr>
          <w:b/>
          <w:bCs/>
          <w:sz w:val="16"/>
          <w:szCs w:val="16"/>
        </w:rPr>
      </w:pPr>
      <w:r w:rsidRPr="00C05B08">
        <w:rPr>
          <w:b/>
          <w:bCs/>
          <w:sz w:val="16"/>
          <w:szCs w:val="16"/>
        </w:rPr>
        <w:t>Bobot aspek sesuai FRM-03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68"/>
        <w:gridCol w:w="3968"/>
      </w:tblGrid>
      <w:tr w:rsidR="00C05B08" w:rsidRPr="00C05B08" w14:paraId="3A438EA6" w14:textId="77777777" w:rsidTr="004F669D">
        <w:trPr>
          <w:cantSplit/>
          <w:tblHeader/>
        </w:trPr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</w:tcPr>
          <w:p w14:paraId="1C614B68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Aspek</w:t>
            </w:r>
          </w:p>
        </w:tc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</w:tcPr>
          <w:p w14:paraId="5B9690F3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Bobot</w:t>
            </w:r>
          </w:p>
        </w:tc>
      </w:tr>
      <w:tr w:rsidR="00C05B08" w:rsidRPr="00C05B08" w14:paraId="512DB162" w14:textId="77777777" w:rsidTr="004F669D">
        <w:trPr>
          <w:cantSplit/>
        </w:trPr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4CC43E03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Kelembagaan dan legalitas</w:t>
            </w:r>
          </w:p>
        </w:tc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1F8BCC6A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15</w:t>
            </w:r>
          </w:p>
        </w:tc>
      </w:tr>
      <w:tr w:rsidR="00C05B08" w:rsidRPr="00C05B08" w14:paraId="077013E7" w14:textId="77777777" w:rsidTr="004F669D">
        <w:trPr>
          <w:cantSplit/>
        </w:trPr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60FAE340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Relevansi masalah dan tujuan</w:t>
            </w:r>
          </w:p>
        </w:tc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13ED089C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15</w:t>
            </w:r>
          </w:p>
        </w:tc>
      </w:tr>
      <w:tr w:rsidR="00C05B08" w:rsidRPr="00C05B08" w14:paraId="292C28C5" w14:textId="77777777" w:rsidTr="004F669D">
        <w:trPr>
          <w:cantSplit/>
        </w:trPr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71B8467A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Kualitas pelaksanaan</w:t>
            </w:r>
          </w:p>
        </w:tc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4574B40D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15</w:t>
            </w:r>
          </w:p>
        </w:tc>
      </w:tr>
      <w:tr w:rsidR="00C05B08" w:rsidRPr="00C05B08" w14:paraId="19AA1954" w14:textId="77777777" w:rsidTr="004F669D">
        <w:trPr>
          <w:cantSplit/>
        </w:trPr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1E24E370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Pencapaian keluaran</w:t>
            </w:r>
          </w:p>
        </w:tc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0835F950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15</w:t>
            </w:r>
          </w:p>
        </w:tc>
      </w:tr>
      <w:tr w:rsidR="00C05B08" w:rsidRPr="00C05B08" w14:paraId="12FAB63F" w14:textId="77777777" w:rsidTr="004F669D">
        <w:trPr>
          <w:cantSplit/>
        </w:trPr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2D9A65E3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Hasil/manfaat terukur</w:t>
            </w:r>
          </w:p>
        </w:tc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17437C0D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20</w:t>
            </w:r>
          </w:p>
        </w:tc>
      </w:tr>
      <w:tr w:rsidR="00C05B08" w:rsidRPr="00C05B08" w14:paraId="066C798D" w14:textId="77777777" w:rsidTr="004F669D">
        <w:trPr>
          <w:cantSplit/>
        </w:trPr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372E5937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Data dan dokumentasi</w:t>
            </w:r>
          </w:p>
        </w:tc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08217404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10</w:t>
            </w:r>
          </w:p>
        </w:tc>
      </w:tr>
      <w:tr w:rsidR="00C05B08" w:rsidRPr="00C05B08" w14:paraId="65F76791" w14:textId="77777777" w:rsidTr="004F669D">
        <w:trPr>
          <w:cantSplit/>
        </w:trPr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0A7FBD44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Keberlanjutan/pengembangan</w:t>
            </w:r>
          </w:p>
        </w:tc>
        <w:tc>
          <w:tcPr>
            <w:tcW w:w="39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</w:tcPr>
          <w:p w14:paraId="618C7F2A" w14:textId="77777777" w:rsidR="00C05B08" w:rsidRPr="00C05B08" w:rsidRDefault="00C05B08" w:rsidP="004F669D">
            <w:pPr>
              <w:spacing w:before="80" w:after="80" w:line="252" w:lineRule="auto"/>
              <w:rPr>
                <w:sz w:val="14"/>
                <w:szCs w:val="16"/>
              </w:rPr>
            </w:pPr>
            <w:r w:rsidRPr="00C05B08">
              <w:rPr>
                <w:color w:val="000000"/>
                <w:sz w:val="14"/>
                <w:szCs w:val="16"/>
              </w:rPr>
              <w:t>10</w:t>
            </w:r>
          </w:p>
        </w:tc>
      </w:tr>
    </w:tbl>
    <w:p w14:paraId="701CCFEB" w14:textId="77777777" w:rsidR="00C05B08" w:rsidRPr="00C05B08" w:rsidRDefault="00C05B08">
      <w:pPr>
        <w:spacing w:after="0"/>
        <w:rPr>
          <w:b/>
          <w:bCs/>
          <w:sz w:val="16"/>
          <w:szCs w:val="16"/>
        </w:rPr>
      </w:pPr>
    </w:p>
    <w:p w14:paraId="2368AE36" w14:textId="77777777" w:rsidR="009E1F27" w:rsidRDefault="00000000">
      <w:pPr>
        <w:pStyle w:val="Heading2"/>
      </w:pPr>
      <w:r>
        <w:t>5.2 Kategori Nilai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2000"/>
        <w:gridCol w:w="4337"/>
      </w:tblGrid>
      <w:tr w:rsidR="009E1F27" w14:paraId="44EE14E7" w14:textId="77777777">
        <w:trPr>
          <w:tblHeader/>
        </w:trPr>
        <w:tc>
          <w:tcPr>
            <w:tcW w:w="16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F01793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Rentang Nilai</w:t>
            </w:r>
          </w:p>
        </w:tc>
        <w:tc>
          <w:tcPr>
            <w:tcW w:w="20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C52097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Kategori</w:t>
            </w:r>
          </w:p>
        </w:tc>
        <w:tc>
          <w:tcPr>
            <w:tcW w:w="4337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8037EC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Makna Tindak Lanjut</w:t>
            </w:r>
          </w:p>
        </w:tc>
      </w:tr>
      <w:tr w:rsidR="009E1F27" w14:paraId="603A7775" w14:textId="77777777">
        <w:trPr>
          <w:cantSplit/>
        </w:trPr>
        <w:tc>
          <w:tcPr>
            <w:tcW w:w="1600" w:type="dxa"/>
            <w:shd w:val="clear" w:color="auto" w:fill="EAF7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A4B649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7"/>
              </w:rPr>
              <w:t>85-100</w:t>
            </w:r>
          </w:p>
        </w:tc>
        <w:tc>
          <w:tcPr>
            <w:tcW w:w="2000" w:type="dxa"/>
            <w:shd w:val="clear" w:color="auto" w:fill="EAF7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F1FC97" w14:textId="77777777" w:rsidR="009E1F27" w:rsidRDefault="00000000">
            <w:pPr>
              <w:spacing w:after="0" w:line="259" w:lineRule="auto"/>
            </w:pPr>
            <w:r>
              <w:rPr>
                <w:sz w:val="17"/>
              </w:rPr>
              <w:t>Sangat Baik</w:t>
            </w:r>
          </w:p>
        </w:tc>
        <w:tc>
          <w:tcPr>
            <w:tcW w:w="4337" w:type="dxa"/>
            <w:shd w:val="clear" w:color="auto" w:fill="EAF7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740040" w14:textId="77777777" w:rsidR="009E1F27" w:rsidRDefault="00000000">
            <w:pPr>
              <w:spacing w:after="0" w:line="259" w:lineRule="auto"/>
            </w:pPr>
            <w:r>
              <w:rPr>
                <w:sz w:val="17"/>
              </w:rPr>
              <w:t>Pertahankan, dokumentasikan praktik baik, dan pertimbangkan pengembangan/replikasi.</w:t>
            </w:r>
          </w:p>
        </w:tc>
      </w:tr>
      <w:tr w:rsidR="009E1F27" w14:paraId="3D5265EA" w14:textId="77777777">
        <w:trPr>
          <w:cantSplit/>
        </w:trPr>
        <w:tc>
          <w:tcPr>
            <w:tcW w:w="1600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05A609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7"/>
              </w:rPr>
              <w:t>70-&lt;85</w:t>
            </w:r>
          </w:p>
        </w:tc>
        <w:tc>
          <w:tcPr>
            <w:tcW w:w="2000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BF7BA3" w14:textId="77777777" w:rsidR="009E1F27" w:rsidRDefault="00000000">
            <w:pPr>
              <w:spacing w:after="0" w:line="259" w:lineRule="auto"/>
            </w:pPr>
            <w:r>
              <w:rPr>
                <w:sz w:val="17"/>
              </w:rPr>
              <w:t>Baik</w:t>
            </w:r>
          </w:p>
        </w:tc>
        <w:tc>
          <w:tcPr>
            <w:tcW w:w="4337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F70A49" w14:textId="77777777" w:rsidR="009E1F27" w:rsidRDefault="00000000">
            <w:pPr>
              <w:spacing w:after="0" w:line="259" w:lineRule="auto"/>
            </w:pPr>
            <w:r>
              <w:rPr>
                <w:sz w:val="17"/>
              </w:rPr>
              <w:t>Lanjutkan dengan perbaikan pada kesenjangan yang masih ditemukan.</w:t>
            </w:r>
          </w:p>
        </w:tc>
      </w:tr>
      <w:tr w:rsidR="009E1F27" w14:paraId="79AF7038" w14:textId="77777777">
        <w:trPr>
          <w:cantSplit/>
        </w:trPr>
        <w:tc>
          <w:tcPr>
            <w:tcW w:w="1600" w:type="dxa"/>
            <w:shd w:val="clear" w:color="auto" w:fill="FFF6D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1CA238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7"/>
              </w:rPr>
              <w:t>55-&lt;70</w:t>
            </w:r>
          </w:p>
        </w:tc>
        <w:tc>
          <w:tcPr>
            <w:tcW w:w="2000" w:type="dxa"/>
            <w:shd w:val="clear" w:color="auto" w:fill="FFF6D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87FA82" w14:textId="77777777" w:rsidR="009E1F27" w:rsidRDefault="00000000">
            <w:pPr>
              <w:spacing w:after="0" w:line="259" w:lineRule="auto"/>
            </w:pPr>
            <w:r>
              <w:rPr>
                <w:sz w:val="17"/>
              </w:rPr>
              <w:t>Perlu Penguatan</w:t>
            </w:r>
          </w:p>
        </w:tc>
        <w:tc>
          <w:tcPr>
            <w:tcW w:w="4337" w:type="dxa"/>
            <w:shd w:val="clear" w:color="auto" w:fill="FFF6D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A247F5" w14:textId="77777777" w:rsidR="009E1F27" w:rsidRDefault="00000000">
            <w:pPr>
              <w:spacing w:after="0" w:line="259" w:lineRule="auto"/>
            </w:pPr>
            <w:r>
              <w:rPr>
                <w:sz w:val="17"/>
              </w:rPr>
              <w:t>Susun tindakan korektif dan pendampingan pada aspek prioritas.</w:t>
            </w:r>
          </w:p>
        </w:tc>
      </w:tr>
      <w:tr w:rsidR="009E1F27" w14:paraId="29E9C081" w14:textId="77777777">
        <w:trPr>
          <w:cantSplit/>
        </w:trPr>
        <w:tc>
          <w:tcPr>
            <w:tcW w:w="1600" w:type="dxa"/>
            <w:shd w:val="clear" w:color="auto" w:fill="FDECE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711C0A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7"/>
              </w:rPr>
              <w:t>&lt;55</w:t>
            </w:r>
          </w:p>
        </w:tc>
        <w:tc>
          <w:tcPr>
            <w:tcW w:w="2000" w:type="dxa"/>
            <w:shd w:val="clear" w:color="auto" w:fill="FDECE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4D83AD" w14:textId="77777777" w:rsidR="009E1F27" w:rsidRDefault="00000000">
            <w:pPr>
              <w:spacing w:after="0" w:line="259" w:lineRule="auto"/>
            </w:pPr>
            <w:r>
              <w:rPr>
                <w:sz w:val="17"/>
              </w:rPr>
              <w:t>Prioritas Pendampingan</w:t>
            </w:r>
          </w:p>
        </w:tc>
        <w:tc>
          <w:tcPr>
            <w:tcW w:w="4337" w:type="dxa"/>
            <w:shd w:val="clear" w:color="auto" w:fill="FDECE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C147BB" w14:textId="77777777" w:rsidR="009E1F27" w:rsidRDefault="00000000">
            <w:pPr>
              <w:spacing w:after="0" w:line="259" w:lineRule="auto"/>
            </w:pPr>
            <w:r>
              <w:rPr>
                <w:sz w:val="17"/>
              </w:rPr>
              <w:t>Perlu intervensi, klarifikasi, dan pemantauan lebih intensif.</w:t>
            </w:r>
          </w:p>
        </w:tc>
      </w:tr>
    </w:tbl>
    <w:p w14:paraId="078ADA2D" w14:textId="77777777" w:rsidR="009E1F27" w:rsidRDefault="009E1F27">
      <w:pPr>
        <w:spacing w:after="0"/>
      </w:pPr>
    </w:p>
    <w:p w14:paraId="74E0A47F" w14:textId="77777777" w:rsidR="009E1F27" w:rsidRDefault="00000000">
      <w:pPr>
        <w:pStyle w:val="Heading2"/>
      </w:pPr>
      <w:r>
        <w:t>5.3 Contoh Pengisian FRM-03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3193"/>
        <w:gridCol w:w="3194"/>
      </w:tblGrid>
      <w:tr w:rsidR="009E1F27" w14:paraId="4371EF2C" w14:textId="77777777">
        <w:trPr>
          <w:tblHeader/>
        </w:trPr>
        <w:tc>
          <w:tcPr>
            <w:tcW w:w="155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138628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Elemen</w:t>
            </w:r>
          </w:p>
        </w:tc>
        <w:tc>
          <w:tcPr>
            <w:tcW w:w="3193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0EADA2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Contoh Riset (Simulasi)</w:t>
            </w:r>
          </w:p>
        </w:tc>
        <w:tc>
          <w:tcPr>
            <w:tcW w:w="3194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27F86B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Contoh Inovasi (Simulasi)</w:t>
            </w:r>
          </w:p>
        </w:tc>
      </w:tr>
      <w:tr w:rsidR="009E1F27" w14:paraId="513FA875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13DB6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Skor per Aspek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D9109C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Legalitas 4; relevansi 4; pelaksanaan 3; keluaran 3; manfaat 2; data 3; keberlanjutan 3.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5F11ED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Legalitas 4; relevansi 4; pelaksanaan 4; keluaran 4; manfaat 3; data 3; keberlanjutan 4.</w:t>
            </w:r>
          </w:p>
        </w:tc>
      </w:tr>
      <w:tr w:rsidR="009E1F27" w14:paraId="0FA6C406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2E77E8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Nilai/Kategori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BACC3C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77,5 - Baik.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39E22D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92,5 - Sangat Baik.</w:t>
            </w:r>
          </w:p>
        </w:tc>
      </w:tr>
      <w:tr w:rsidR="009E1F27" w14:paraId="00A551B6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BACE55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Kekuatan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8A568B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Masalah relevan, cakupan kanal meningkat, dan tahapan kajian terdokumentasi.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26C6CD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Prototipe berfungsi, memberi manfaat awal, dan didukung tim layanan.</w:t>
            </w:r>
          </w:p>
        </w:tc>
      </w:tr>
      <w:tr w:rsidR="009E1F27" w14:paraId="56FEC4B5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C5F2C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Kesenjangan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1C13B1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Sampel belum mencapai target; kategori data belum seragam; rencana diseminasi belum rinci.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2C6A82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Mekanisme pembaruan pesan dan klasifikasi kegagalan pengiriman belum baku.</w:t>
            </w:r>
          </w:p>
        </w:tc>
      </w:tr>
      <w:tr w:rsidR="009E1F27" w14:paraId="599B9D2C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CD3889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Kesimpulan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FE9F03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Kajian layak dilanjutkan dan dapat menghasilkan rekomendasi, dengan penyempurnaan kualitas data.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26F542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Inovasi efektif pada uji terbatas dan layak dikembangkan setelah tata kelola pemeliharaan diperkuat.</w:t>
            </w:r>
          </w:p>
        </w:tc>
      </w:tr>
      <w:tr w:rsidR="009E1F27" w14:paraId="2CC771A6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E983AA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REK-01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6CF311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Lengkapi sampel menjadi 100 responden dan dokumentasikan daftar respons. PIC: tim pengumpulan data. Prioritas: Tinggi. Tenggat: 15 September 2026. Indikator: dataset memuat minimal 100 respons valid.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B592A5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Tetapkan PIC dan jadwal pembaruan pustaka pesan. PIC: kepala unit layanan. Prioritas: Tinggi. Tenggat: 20 September 2026. Indikator: surat tugas dan jadwal pembaruan tersedia.</w:t>
            </w:r>
          </w:p>
        </w:tc>
      </w:tr>
      <w:tr w:rsidR="009E1F27" w14:paraId="1CB812A5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5FBF7F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REK-02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42754E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Susun pedoman pengodean dan lakukan validasi kategori data. PIC: koordinator analisis. Prioritas: Tinggi. Tenggat: 25 September 2026. Indikator: pedoman dan berita acara validasi tersedia.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9B0913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Tambahkan klasifikasi alasan pesan gagal pada log. PIC: pengelola sistem. Prioritas: Sedang. Tenggat: 30 September 2026. Indikator: dashboard menampilkan kategori kegagalan.</w:t>
            </w:r>
          </w:p>
        </w:tc>
      </w:tr>
      <w:tr w:rsidR="009E1F27" w14:paraId="1019A8B1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AFF76A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REK-03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B3958A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Susun ringkasan kebijakan dan rencana diseminasi. PIC: ketua tim kajian. Prioritas: Sedang. Tenggat: 10 Oktober 2026. Indikator: policy brief dan jadwal diseminasi tersedia.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7CCEE3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Susun prosedur kontingensi saat sistem/pesan gagal. PIC: tim inovasi. Prioritas: Sedang. Tenggat: 10 Oktober 2026. Indikator: prosedur dan hasil simulasi tersedia.</w:t>
            </w:r>
          </w:p>
        </w:tc>
      </w:tr>
    </w:tbl>
    <w:p w14:paraId="43695A0E" w14:textId="77777777" w:rsidR="009E1F27" w:rsidRDefault="009E1F27">
      <w:pPr>
        <w:spacing w:after="0"/>
      </w:pPr>
    </w:p>
    <w:p w14:paraId="3BB09710" w14:textId="77777777" w:rsidR="009E1F27" w:rsidRDefault="00000000">
      <w:r>
        <w:br w:type="page"/>
      </w:r>
    </w:p>
    <w:p w14:paraId="00A021B3" w14:textId="77777777" w:rsidR="009E1F27" w:rsidRDefault="00000000">
      <w:pPr>
        <w:pStyle w:val="Heading1"/>
      </w:pPr>
      <w:r>
        <w:lastRenderedPageBreak/>
        <w:t>6. FRM-04 - Rencana dan Progres Tindak Lanjut</w:t>
      </w:r>
    </w:p>
    <w:p w14:paraId="1A397E30" w14:textId="77777777" w:rsidR="009E1F27" w:rsidRDefault="00000000">
      <w:r>
        <w:t xml:space="preserve">FRM-04 digunakan oleh </w:t>
      </w:r>
      <w:r w:rsidRPr="00C3208A">
        <w:rPr>
          <w:i/>
        </w:rPr>
        <w:t>Focal Point</w:t>
      </w:r>
      <w:r>
        <w:t xml:space="preserve"> untuk menerjemahkan rekomendasi menjadi rencana aksi dan memperbarui pelaksanaannya. Isian diperbarui pada setiap perkembangan sampai seluruh rekomendasi selesai dan diverifikasi.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7937"/>
      </w:tblGrid>
      <w:tr w:rsidR="009E1F27" w14:paraId="6FCAB76C" w14:textId="77777777">
        <w:tc>
          <w:tcPr>
            <w:tcW w:w="7937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AAA6B8" w14:textId="77777777" w:rsidR="009E1F27" w:rsidRDefault="00000000">
            <w:pPr>
              <w:spacing w:before="20" w:after="20" w:line="264" w:lineRule="auto"/>
            </w:pPr>
            <w:r>
              <w:rPr>
                <w:b/>
                <w:color w:val="0B2D5A"/>
                <w:sz w:val="19"/>
              </w:rPr>
              <w:t xml:space="preserve">Penghubung utama: </w:t>
            </w:r>
            <w:r>
              <w:rPr>
                <w:sz w:val="19"/>
              </w:rPr>
              <w:t>Kolom Kode Rekomendasi harus sama dengan kode pada FRM-03. Inilah kunci agar progres dapat ditarik ke dashboard tanpa input ulang.</w:t>
            </w:r>
          </w:p>
        </w:tc>
      </w:tr>
    </w:tbl>
    <w:p w14:paraId="4EEB92DF" w14:textId="77777777" w:rsidR="009E1F27" w:rsidRDefault="009E1F27">
      <w:pPr>
        <w:spacing w:after="0"/>
      </w:pPr>
    </w:p>
    <w:p w14:paraId="3E6E5525" w14:textId="77777777" w:rsidR="009E1F27" w:rsidRDefault="00000000">
      <w:pPr>
        <w:pStyle w:val="Heading2"/>
      </w:pPr>
      <w:r>
        <w:t>6.1 Petunjuk per Elemen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4000"/>
        <w:gridCol w:w="2037"/>
      </w:tblGrid>
      <w:tr w:rsidR="009E1F27" w14:paraId="5F230FAB" w14:textId="77777777">
        <w:trPr>
          <w:tblHeader/>
        </w:trPr>
        <w:tc>
          <w:tcPr>
            <w:tcW w:w="19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54801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Elemen/Kolom</w:t>
            </w:r>
          </w:p>
        </w:tc>
        <w:tc>
          <w:tcPr>
            <w:tcW w:w="40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6826DB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Cara Mengisi</w:t>
            </w:r>
          </w:p>
        </w:tc>
        <w:tc>
          <w:tcPr>
            <w:tcW w:w="2037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A766E5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Kendali Mutu</w:t>
            </w:r>
          </w:p>
        </w:tc>
      </w:tr>
      <w:tr w:rsidR="00C05B08" w14:paraId="1237B28C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1D00F7" w14:textId="50A9691A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Perangkat Daerah/ID Objek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BAE882" w14:textId="763CFC72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Gunakan identitas objek dari dashboard/FRM-01.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76A8D3" w14:textId="3B26C5C2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Pastikan tidak tertukar dengan objek lain.</w:t>
            </w:r>
          </w:p>
        </w:tc>
      </w:tr>
      <w:tr w:rsidR="00C05B08" w14:paraId="421AF200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C95D21" w14:textId="2C40487C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Nama Riset/Inovasi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06A4A3" w14:textId="4B12A83F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Salin nama yang sama dengan FRM-01 dan FRM-03.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E6DF8C" w14:textId="3C9C90DA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Tetap diisi pada bagian A meskipun ID sudah dicantumkan.</w:t>
            </w:r>
          </w:p>
        </w:tc>
      </w:tr>
      <w:tr w:rsidR="00C05B08" w14:paraId="136EB75B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2B24F" w14:textId="0943EE86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Focal Point/Unit Pelaksana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3F3F0A" w14:textId="52E2849C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Tulis Focal Point dan unit pelaksana tindak lanjut.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24144" w14:textId="571188C8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Focal Point mengoordinasikan; PIC dapat berbeda.</w:t>
            </w:r>
          </w:p>
        </w:tc>
      </w:tr>
      <w:tr w:rsidR="00C05B08" w14:paraId="3885870A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7CD5E2" w14:textId="52279CAB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Periode Tindak Lanjut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5FEF0" w14:textId="2449FCB8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Tulis periode pelaksanaan seluruh rencana aksi.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B23418" w14:textId="1AB28F90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Sesuai tenggat rekomendasi.</w:t>
            </w:r>
          </w:p>
        </w:tc>
      </w:tr>
      <w:tr w:rsidR="00C05B08" w14:paraId="33823255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9A4A18" w14:textId="5378083E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Kode Rek.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197527" w14:textId="1785DFD4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Salin kode dari FRM-03, misalnya REK-01.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B02B83" w14:textId="08868234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Tidak boleh membuat kode baru yang tidak ada pada FRM-03.</w:t>
            </w:r>
          </w:p>
        </w:tc>
      </w:tr>
      <w:tr w:rsidR="00C05B08" w14:paraId="1D5A8337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1B661" w14:textId="5BEBCEB6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Tindakan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4E765D" w14:textId="47069235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Uraikan aktivitas konkret untuk melaksanakan rekomendasi.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1FA06F" w14:textId="7B88CC4A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Gunakan kata kerja dan satu tindakan utama per baris.</w:t>
            </w:r>
          </w:p>
        </w:tc>
      </w:tr>
      <w:tr w:rsidR="00C05B08" w14:paraId="772A8D1C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6893FF" w14:textId="66DDD888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Keluaran/Indikator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026E43" w14:textId="133CF0B2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Tulis produk atau ukuran yang membuktikan tindakan selesai.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4CC4E7" w14:textId="35E8940E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Harus konsisten dengan indikator rekomendasi.</w:t>
            </w:r>
          </w:p>
        </w:tc>
      </w:tr>
      <w:tr w:rsidR="00C05B08" w14:paraId="75D3EA0D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74580B" w14:textId="1A888CD3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PIC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6274FD" w14:textId="7AEA4CC1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Tulis nama jabatan/unit yang mengerjakan tindakan.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2EE354" w14:textId="1B1A22E7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Harus memiliki kewenangan dan kapasitas.</w:t>
            </w:r>
          </w:p>
        </w:tc>
      </w:tr>
      <w:tr w:rsidR="00C05B08" w14:paraId="0074EA0F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C6DB13" w14:textId="2A815047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Dukungan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CF468A" w14:textId="5EF52535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Sebutkan dukungan anggaran, data, sistem, atau pihak lain yang dibutuhkan.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D1DF6C" w14:textId="75244E81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Isi N/A beserta alasan jika tidak diperlukan.</w:t>
            </w:r>
          </w:p>
        </w:tc>
      </w:tr>
      <w:tr w:rsidR="00C05B08" w14:paraId="2C1A19DF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44014A" w14:textId="749A2B21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Mulai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F2446E" w14:textId="30AD324F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Isi tanggal mulai pelaksanaan tindakan.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381F6B" w14:textId="37E8C683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Tanggal aktual dibedakan dari jadwal rencana bila berubah.</w:t>
            </w:r>
          </w:p>
        </w:tc>
      </w:tr>
      <w:tr w:rsidR="00C05B08" w14:paraId="3154745F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5F5D3A" w14:textId="0A0B87B2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Tenggat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82C0C" w14:textId="013C7084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Isi batas penyelesaian tindakan sesuai rekomendasi FRM-03.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0EA81F" w14:textId="41291DA0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Perubahan dijelaskan pada bagian C.</w:t>
            </w:r>
          </w:p>
        </w:tc>
      </w:tr>
      <w:tr w:rsidR="00C05B08" w14:paraId="4FDFBEAD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012274" w14:textId="6F49B665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Progres %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369A0" w14:textId="6ED17252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Isi angka 0-100 berdasarkan keluaran yang benar-benar selesai.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47DC6B" w14:textId="16477963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Hindari persentase berdasarkan perkiraan subjektif.</w:t>
            </w:r>
          </w:p>
        </w:tc>
      </w:tr>
      <w:tr w:rsidR="00C05B08" w14:paraId="19834252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A2C977" w14:textId="34F9C23C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Status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17B32B" w14:textId="65EA7816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Pilih Belum Mulai, Berproses, Selesai, atau Tertunda.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4169C3" w14:textId="15CA7100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Status harus konsisten dengan progres dan bukti.</w:t>
            </w:r>
          </w:p>
        </w:tc>
      </w:tr>
      <w:tr w:rsidR="00C05B08" w14:paraId="09D33C27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940D84" w14:textId="6B48E0C3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Bukti/Tautan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776F7" w14:textId="7FD907C9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Cantumkan lokasi dokumen, foto, notulen, log, atau produk hasil.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FBBECB" w14:textId="31579DE0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Tautan harus dapat dibuka verifikator.</w:t>
            </w:r>
          </w:p>
        </w:tc>
      </w:tr>
      <w:tr w:rsidR="00C05B08" w14:paraId="21911026" w14:textId="77777777" w:rsidTr="00C05B08">
        <w:trPr>
          <w:cantSplit/>
        </w:trPr>
        <w:tc>
          <w:tcPr>
            <w:tcW w:w="19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B765CF" w14:textId="66031D4B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lastRenderedPageBreak/>
              <w:t>Verifikasi BAPPERIDA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C96E2C" w14:textId="3410A849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Diisi BAPPERIDA: Belum Diverifikasi, Terverifikasi, atau Perlu Klarifikasi.</w:t>
            </w:r>
          </w:p>
        </w:tc>
        <w:tc>
          <w:tcPr>
            <w:tcW w:w="20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945BC3" w14:textId="69FDE7E6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Verifikasi didasarkan pada bukti.</w:t>
            </w:r>
          </w:p>
        </w:tc>
      </w:tr>
      <w:tr w:rsidR="00C05B08" w14:paraId="3A18F369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254025" w14:textId="135F20C1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Kendala/Akar Penyebab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1AAA14" w14:textId="7C02B131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Jelaskan hambatan aktual yang memengaruhi progres.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FB848D" w14:textId="0870E6C3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Hanya tulis kendala yang benar-benar terjadi pada periode pelaporan.</w:t>
            </w:r>
          </w:p>
        </w:tc>
      </w:tr>
      <w:tr w:rsidR="00C05B08" w14:paraId="7510F37B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8B145B" w14:textId="241E005E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Perubahan Rencana atau Tenggat dan Alasannya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98CFF5" w14:textId="0E549678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Jelaskan perubahan tindakan/tenggat dan alasan.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ECF3B" w14:textId="6E516F86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Perubahan harus disetujui pihak berwenang.</w:t>
            </w:r>
          </w:p>
        </w:tc>
      </w:tr>
      <w:tr w:rsidR="00C05B08" w14:paraId="33D35C7C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E7A8F3" w14:textId="2E00D6BD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Keputusan/Dukungan Pimpinan yang Diperlukan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496752" w14:textId="5E1D4233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Sebutkan keputusan atau bantuan pimpinan yang masih diperlukan.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0D5DC6" w14:textId="453059B8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Tulis spesifik agar dapat ditindaklanjuti.</w:t>
            </w:r>
          </w:p>
        </w:tc>
      </w:tr>
      <w:tr w:rsidR="00C05B08" w14:paraId="38981326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B33A9D" w14:textId="713ADA2A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Focal Point/Kepala Unit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DC67A3" w14:textId="238178BE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Cantumkan nama/jabatan pihak yang menyampaikan rencana dan progres tindak lanjut.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80A072" w14:textId="6AEED35D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PIC tindakan dapat berbeda dengan Focal Point.</w:t>
            </w:r>
          </w:p>
        </w:tc>
      </w:tr>
      <w:tr w:rsidR="00C05B08" w14:paraId="7D926D71" w14:textId="77777777" w:rsidTr="00C05B08">
        <w:trPr>
          <w:cantSplit/>
        </w:trPr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946A75" w14:textId="79D05E5D" w:rsidR="00C05B08" w:rsidRPr="00C05B08" w:rsidRDefault="00C05B08" w:rsidP="00C05B08">
            <w:pPr>
              <w:spacing w:after="0" w:line="259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C05B08">
              <w:rPr>
                <w:b/>
                <w:bCs/>
                <w:color w:val="002060"/>
                <w:sz w:val="16"/>
                <w:szCs w:val="16"/>
              </w:rPr>
              <w:t>Verifikator BAPPERIDA</w:t>
            </w:r>
          </w:p>
        </w:tc>
        <w:tc>
          <w:tcPr>
            <w:tcW w:w="4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C4D2E3" w14:textId="3901DF2D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Cantumkan nama/jabatan petugas yang memeriksa bukti tindak lanjut.</w:t>
            </w:r>
          </w:p>
        </w:tc>
        <w:tc>
          <w:tcPr>
            <w:tcW w:w="20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DB13C5" w14:textId="672F89B9" w:rsidR="00C05B08" w:rsidRPr="00C05B08" w:rsidRDefault="00C05B08" w:rsidP="00C05B08">
            <w:pPr>
              <w:spacing w:after="0" w:line="259" w:lineRule="auto"/>
              <w:rPr>
                <w:sz w:val="16"/>
                <w:szCs w:val="16"/>
              </w:rPr>
            </w:pPr>
            <w:r w:rsidRPr="00C05B08">
              <w:rPr>
                <w:color w:val="000000"/>
                <w:sz w:val="16"/>
                <w:szCs w:val="16"/>
              </w:rPr>
              <w:t>Tidak diisi sendiri oleh perangkat daerah.</w:t>
            </w:r>
          </w:p>
        </w:tc>
      </w:tr>
    </w:tbl>
    <w:p w14:paraId="6A3EC2FB" w14:textId="77777777" w:rsidR="009E1F27" w:rsidRDefault="009E1F27">
      <w:pPr>
        <w:spacing w:after="0"/>
      </w:pPr>
    </w:p>
    <w:p w14:paraId="04CB0E19" w14:textId="77777777" w:rsidR="009E1F27" w:rsidRDefault="00000000">
      <w:pPr>
        <w:pStyle w:val="Heading2"/>
      </w:pPr>
      <w:r>
        <w:t>6.2 Konsistensi Progres dan Status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1800"/>
        <w:gridCol w:w="4737"/>
      </w:tblGrid>
      <w:tr w:rsidR="009E1F27" w14:paraId="7085C9A3" w14:textId="77777777">
        <w:trPr>
          <w:tblHeader/>
        </w:trPr>
        <w:tc>
          <w:tcPr>
            <w:tcW w:w="14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E892AB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Progres</w:t>
            </w:r>
          </w:p>
        </w:tc>
        <w:tc>
          <w:tcPr>
            <w:tcW w:w="18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4FB62B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Status Umum</w:t>
            </w:r>
          </w:p>
        </w:tc>
        <w:tc>
          <w:tcPr>
            <w:tcW w:w="4737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0C2F77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Keterangan</w:t>
            </w:r>
          </w:p>
        </w:tc>
      </w:tr>
      <w:tr w:rsidR="009E1F27" w14:paraId="5FEDE4AF" w14:textId="77777777">
        <w:trPr>
          <w:cantSplit/>
        </w:trPr>
        <w:tc>
          <w:tcPr>
            <w:tcW w:w="14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55C9D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8"/>
              </w:rPr>
              <w:t>0%</w:t>
            </w:r>
          </w:p>
        </w:tc>
        <w:tc>
          <w:tcPr>
            <w:tcW w:w="18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0ECA2E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Belum Mulai</w:t>
            </w:r>
          </w:p>
        </w:tc>
        <w:tc>
          <w:tcPr>
            <w:tcW w:w="47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F03B5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Belum ada kegiatan atau keluaran yang dikerjakan.</w:t>
            </w:r>
          </w:p>
        </w:tc>
      </w:tr>
      <w:tr w:rsidR="009E1F27" w14:paraId="2D300490" w14:textId="77777777">
        <w:trPr>
          <w:cantSplit/>
        </w:trPr>
        <w:tc>
          <w:tcPr>
            <w:tcW w:w="1400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6AF4AD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8"/>
              </w:rPr>
              <w:t>1-99%</w:t>
            </w:r>
          </w:p>
        </w:tc>
        <w:tc>
          <w:tcPr>
            <w:tcW w:w="1800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39684A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Berproses</w:t>
            </w:r>
          </w:p>
        </w:tc>
        <w:tc>
          <w:tcPr>
            <w:tcW w:w="4737" w:type="dxa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62B7BF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Kegiatan berjalan dan terdapat bukti kemajuan.</w:t>
            </w:r>
          </w:p>
        </w:tc>
      </w:tr>
      <w:tr w:rsidR="009E1F27" w14:paraId="0C41BEC6" w14:textId="77777777">
        <w:trPr>
          <w:cantSplit/>
        </w:trPr>
        <w:tc>
          <w:tcPr>
            <w:tcW w:w="1400" w:type="dxa"/>
            <w:shd w:val="clear" w:color="auto" w:fill="EAF7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2BCAA0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8"/>
              </w:rPr>
              <w:t>100%</w:t>
            </w:r>
          </w:p>
        </w:tc>
        <w:tc>
          <w:tcPr>
            <w:tcW w:w="1800" w:type="dxa"/>
            <w:shd w:val="clear" w:color="auto" w:fill="EAF7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092C72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Selesai</w:t>
            </w:r>
          </w:p>
        </w:tc>
        <w:tc>
          <w:tcPr>
            <w:tcW w:w="4737" w:type="dxa"/>
            <w:shd w:val="clear" w:color="auto" w:fill="EAF7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FB06D3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Keluaran tersedia; status verifikasi dapat masih menunggu BAPPERIDA.</w:t>
            </w:r>
          </w:p>
        </w:tc>
      </w:tr>
      <w:tr w:rsidR="009E1F27" w14:paraId="5186D152" w14:textId="77777777">
        <w:trPr>
          <w:cantSplit/>
        </w:trPr>
        <w:tc>
          <w:tcPr>
            <w:tcW w:w="1400" w:type="dxa"/>
            <w:shd w:val="clear" w:color="auto" w:fill="FFF6D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40579E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8"/>
              </w:rPr>
              <w:t>0-99%</w:t>
            </w:r>
          </w:p>
        </w:tc>
        <w:tc>
          <w:tcPr>
            <w:tcW w:w="1800" w:type="dxa"/>
            <w:shd w:val="clear" w:color="auto" w:fill="FFF6D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6E3040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Tertunda</w:t>
            </w:r>
          </w:p>
        </w:tc>
        <w:tc>
          <w:tcPr>
            <w:tcW w:w="4737" w:type="dxa"/>
            <w:shd w:val="clear" w:color="auto" w:fill="FFF6D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DD7A7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Kegiatan tidak dapat dilanjutkan sesuai rencana; kendala dan perubahan wajib dijelaskan.</w:t>
            </w:r>
          </w:p>
        </w:tc>
      </w:tr>
    </w:tbl>
    <w:p w14:paraId="3C1924B6" w14:textId="77777777" w:rsidR="009E1F27" w:rsidRDefault="009E1F27">
      <w:pPr>
        <w:spacing w:after="0"/>
      </w:pPr>
    </w:p>
    <w:p w14:paraId="2BA21F81" w14:textId="77777777" w:rsidR="009E1F27" w:rsidRDefault="00000000">
      <w:pPr>
        <w:pStyle w:val="Heading2"/>
      </w:pPr>
      <w:r>
        <w:t>6.3 Contoh Pengisian FRM-04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3193"/>
        <w:gridCol w:w="3194"/>
      </w:tblGrid>
      <w:tr w:rsidR="009E1F27" w14:paraId="6242A0FB" w14:textId="77777777">
        <w:trPr>
          <w:tblHeader/>
        </w:trPr>
        <w:tc>
          <w:tcPr>
            <w:tcW w:w="155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9F52FC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Elemen</w:t>
            </w:r>
          </w:p>
        </w:tc>
        <w:tc>
          <w:tcPr>
            <w:tcW w:w="3193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3F4D16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Contoh Riset (Simulasi)</w:t>
            </w:r>
          </w:p>
        </w:tc>
        <w:tc>
          <w:tcPr>
            <w:tcW w:w="3194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D2008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Contoh Inovasi (Simulasi)</w:t>
            </w:r>
          </w:p>
        </w:tc>
      </w:tr>
      <w:tr w:rsidR="009E1F27" w14:paraId="7B001AB2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26A15D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Identitas/Periode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094101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RST-DISKOMINFO-2026-001; September-Oktober 2026.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0FA380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INV-DPMPTSP-2026-001; September-Oktober 2026.</w:t>
            </w:r>
          </w:p>
        </w:tc>
      </w:tr>
      <w:tr w:rsidR="009E1F27" w14:paraId="286F0C2E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0D1D84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REK-01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323EB9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Tindakan: tambah pengingat dan tutup pengumpulan pada 15 September. PIC: tim pengumpulan data. Dukungan: daftar kontak responden. Progres: 100%. Status: Selesai. Bukti: dataset 102 respons. Verifikasi: Terverifikasi.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9D1D04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Tindakan: terbitkan surat tugas PIC dan jadwal pembaruan pesan. PIC: kepala unit layanan. Progres: 100%. Status: Selesai. Bukti: surat tugas dan jadwal. Verifikasi: Terverifikasi.</w:t>
            </w:r>
          </w:p>
        </w:tc>
      </w:tr>
      <w:tr w:rsidR="009E1F27" w14:paraId="7E84CF27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32FF80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REK-02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80B396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Tindakan: susun pedoman kode dan lakukan validasi. PIC: koordinator analisis. Progres: 75%. Status: Berproses. Bukti: draf pedoman dan undangan validasi. Verifikasi: Perlu Klarifikasi.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762C0E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Tindakan: tambahkan klasifikasi alasan pesan gagal. PIC: pengelola sistem. Progres: 60%. Status: Berproses. Bukti: rancangan kategori dan tangkapan layar uji. Verifikasi: Belum Diverifikasi.</w:t>
            </w:r>
          </w:p>
        </w:tc>
      </w:tr>
      <w:tr w:rsidR="009E1F27" w14:paraId="5544D883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0C029A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lastRenderedPageBreak/>
              <w:t>REK-03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CCBC78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Tindakan: susun policy brief dan jadwal diseminasi. PIC: ketua tim kajian. Progres: 50%. Status: Berproses. Bukti: outline policy brief.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66F7FF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Tindakan: susun prosedur kontingensi dan lakukan simulasi. PIC: tim inovasi. Progres: 25%. Status: Berproses. Bukti: draf prosedur.</w:t>
            </w:r>
          </w:p>
        </w:tc>
      </w:tr>
      <w:tr w:rsidR="009E1F27" w14:paraId="08EEE582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33027D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Kendala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F35AA4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Jadwal validasi berbenturan dengan agenda unit; finalisasi pedoman tertunda tiga hari.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E90843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Pengembang sistem belum dapat menampilkan seluruh kode kegagalan pada laporan otomatis.</w:t>
            </w:r>
          </w:p>
        </w:tc>
      </w:tr>
      <w:tr w:rsidR="009E1F27" w14:paraId="2FD82D41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E766BF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Perubahan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5D81E7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Rapat validasi dipindahkan dari 22 menjadi 25 September 2026; tenggat akhir tidak berubah.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4D76EC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Implementasi klasifikasi dilakukan dua tahap; fungsi dasar selesai September, otomatisasi pada Oktober.</w:t>
            </w:r>
          </w:p>
        </w:tc>
      </w:tr>
      <w:tr w:rsidR="009E1F27" w14:paraId="12D5E951" w14:textId="77777777">
        <w:trPr>
          <w:cantSplit/>
        </w:trPr>
        <w:tc>
          <w:tcPr>
            <w:tcW w:w="15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4CD136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sz w:val="16"/>
              </w:rPr>
              <w:t>Dukungan Pimpinan</w:t>
            </w:r>
          </w:p>
        </w:tc>
        <w:tc>
          <w:tcPr>
            <w:tcW w:w="3193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02B9BF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Persetujuan kehadiran lintas unit dalam rapat validasi.</w:t>
            </w:r>
          </w:p>
        </w:tc>
        <w:tc>
          <w:tcPr>
            <w:tcW w:w="3194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9C7F8B" w14:textId="77777777" w:rsidR="009E1F27" w:rsidRDefault="00000000">
            <w:pPr>
              <w:spacing w:after="0" w:line="259" w:lineRule="auto"/>
            </w:pPr>
            <w:r>
              <w:rPr>
                <w:sz w:val="16"/>
              </w:rPr>
              <w:t>Penetapan pengelola sistem sebagai PIC teknis dan alokasi waktu pengembangan.</w:t>
            </w:r>
          </w:p>
        </w:tc>
      </w:tr>
    </w:tbl>
    <w:p w14:paraId="33647888" w14:textId="77777777" w:rsidR="009E1F27" w:rsidRDefault="009E1F27">
      <w:pPr>
        <w:spacing w:after="0"/>
      </w:pPr>
    </w:p>
    <w:p w14:paraId="3070C469" w14:textId="77777777" w:rsidR="009E1F27" w:rsidRDefault="00000000">
      <w:pPr>
        <w:pStyle w:val="Heading1"/>
      </w:pPr>
      <w:r>
        <w:t>7. Pemeriksaan Sebelum Penyampaian</w:t>
      </w:r>
    </w:p>
    <w:p w14:paraId="712BC32A" w14:textId="77777777" w:rsidR="009E1F27" w:rsidRDefault="00000000">
      <w:r>
        <w:t>Gunakan daftar periksa berikut sebelum formulir disampaikan atau diperbarui pada sistem.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2600"/>
        <w:gridCol w:w="4687"/>
      </w:tblGrid>
      <w:tr w:rsidR="009E1F27" w14:paraId="13F274E6" w14:textId="77777777">
        <w:trPr>
          <w:tblHeader/>
        </w:trPr>
        <w:tc>
          <w:tcPr>
            <w:tcW w:w="65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EB05FD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No.</w:t>
            </w:r>
          </w:p>
        </w:tc>
        <w:tc>
          <w:tcPr>
            <w:tcW w:w="26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518BC1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Pemeriksaan</w:t>
            </w:r>
          </w:p>
        </w:tc>
        <w:tc>
          <w:tcPr>
            <w:tcW w:w="4687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B6AF0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Kriteria Lulus</w:t>
            </w:r>
          </w:p>
        </w:tc>
      </w:tr>
      <w:tr w:rsidR="009E1F27" w14:paraId="28EE2B33" w14:textId="77777777">
        <w:trPr>
          <w:cantSplit/>
        </w:trPr>
        <w:tc>
          <w:tcPr>
            <w:tcW w:w="6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7B4AC2" w14:textId="77777777" w:rsidR="009E1F27" w:rsidRDefault="00000000">
            <w:pPr>
              <w:spacing w:after="0" w:line="259" w:lineRule="auto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EFDEF3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Identitas dan ID Objek</w:t>
            </w:r>
          </w:p>
        </w:tc>
        <w:tc>
          <w:tcPr>
            <w:tcW w:w="468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48EE64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Sama pada seluruh formulir.</w:t>
            </w:r>
          </w:p>
        </w:tc>
      </w:tr>
      <w:tr w:rsidR="009E1F27" w14:paraId="29F3A072" w14:textId="77777777">
        <w:trPr>
          <w:cantSplit/>
        </w:trPr>
        <w:tc>
          <w:tcPr>
            <w:tcW w:w="65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FC1832" w14:textId="77777777" w:rsidR="009E1F27" w:rsidRDefault="00000000">
            <w:pPr>
              <w:spacing w:after="0" w:line="259" w:lineRule="auto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6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3919BF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Periode</w:t>
            </w:r>
          </w:p>
        </w:tc>
        <w:tc>
          <w:tcPr>
            <w:tcW w:w="468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9D7738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Jelas dan sesuai dengan periode bukti.</w:t>
            </w:r>
          </w:p>
        </w:tc>
      </w:tr>
      <w:tr w:rsidR="009E1F27" w14:paraId="0FC163A2" w14:textId="77777777">
        <w:trPr>
          <w:cantSplit/>
        </w:trPr>
        <w:tc>
          <w:tcPr>
            <w:tcW w:w="6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5F0E0F" w14:textId="77777777" w:rsidR="009E1F27" w:rsidRDefault="00000000">
            <w:pPr>
              <w:spacing w:after="0" w:line="259" w:lineRule="auto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B045B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Data dan angka</w:t>
            </w:r>
          </w:p>
        </w:tc>
        <w:tc>
          <w:tcPr>
            <w:tcW w:w="468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D2E5AA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Memiliki satuan, sumber, dan tidak saling bertentangan.</w:t>
            </w:r>
          </w:p>
        </w:tc>
      </w:tr>
      <w:tr w:rsidR="009E1F27" w14:paraId="2CD8F440" w14:textId="77777777">
        <w:trPr>
          <w:cantSplit/>
        </w:trPr>
        <w:tc>
          <w:tcPr>
            <w:tcW w:w="65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17EC29" w14:textId="77777777" w:rsidR="009E1F27" w:rsidRDefault="00000000">
            <w:pPr>
              <w:spacing w:after="0" w:line="259" w:lineRule="auto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6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CB9E1C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Bukti dukung</w:t>
            </w:r>
          </w:p>
        </w:tc>
        <w:tc>
          <w:tcPr>
            <w:tcW w:w="468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7D8160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Relevan, dapat dibuka, dan diberi nama yang mudah dikenali.</w:t>
            </w:r>
          </w:p>
        </w:tc>
      </w:tr>
      <w:tr w:rsidR="009E1F27" w14:paraId="5F26499A" w14:textId="77777777">
        <w:trPr>
          <w:cantSplit/>
        </w:trPr>
        <w:tc>
          <w:tcPr>
            <w:tcW w:w="6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1F13D1" w14:textId="77777777" w:rsidR="009E1F27" w:rsidRDefault="00000000">
            <w:pPr>
              <w:spacing w:after="0" w:line="259" w:lineRule="auto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48073A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Status</w:t>
            </w:r>
          </w:p>
        </w:tc>
        <w:tc>
          <w:tcPr>
            <w:tcW w:w="468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4A0ECB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Sesuai dengan fakta, progres, dan bukti.</w:t>
            </w:r>
          </w:p>
        </w:tc>
      </w:tr>
      <w:tr w:rsidR="009E1F27" w14:paraId="54748599" w14:textId="77777777">
        <w:trPr>
          <w:cantSplit/>
        </w:trPr>
        <w:tc>
          <w:tcPr>
            <w:tcW w:w="65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E27A33" w14:textId="77777777" w:rsidR="009E1F27" w:rsidRDefault="00000000">
            <w:pPr>
              <w:spacing w:after="0" w:line="259" w:lineRule="auto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6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76EDE3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Rekomendasi</w:t>
            </w:r>
          </w:p>
        </w:tc>
        <w:tc>
          <w:tcPr>
            <w:tcW w:w="468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104DE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Spesifik, memiliki PIC, prioritas, tenggat, dan indikator keberhasilan.</w:t>
            </w:r>
          </w:p>
        </w:tc>
      </w:tr>
      <w:tr w:rsidR="009E1F27" w14:paraId="4C7F7E48" w14:textId="77777777">
        <w:trPr>
          <w:cantSplit/>
        </w:trPr>
        <w:tc>
          <w:tcPr>
            <w:tcW w:w="6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362D54" w14:textId="77777777" w:rsidR="009E1F27" w:rsidRDefault="00000000">
            <w:pPr>
              <w:spacing w:after="0" w:line="259" w:lineRule="auto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75B4D3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Kode rekomendasi</w:t>
            </w:r>
          </w:p>
        </w:tc>
        <w:tc>
          <w:tcPr>
            <w:tcW w:w="468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6DD2A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Sama pada FRM-03 dan FRM-04.</w:t>
            </w:r>
          </w:p>
        </w:tc>
      </w:tr>
      <w:tr w:rsidR="009E1F27" w14:paraId="1C4B4804" w14:textId="77777777">
        <w:trPr>
          <w:cantSplit/>
        </w:trPr>
        <w:tc>
          <w:tcPr>
            <w:tcW w:w="65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1C6AE5" w14:textId="77777777" w:rsidR="009E1F27" w:rsidRDefault="00000000">
            <w:pPr>
              <w:spacing w:after="0" w:line="259" w:lineRule="auto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6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3DABC2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Progres tindak lanjut</w:t>
            </w:r>
          </w:p>
        </w:tc>
        <w:tc>
          <w:tcPr>
            <w:tcW w:w="468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F2FFC8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Diperbarui dengan bukti terbaru; perubahan diberi alasan.</w:t>
            </w:r>
          </w:p>
        </w:tc>
      </w:tr>
      <w:tr w:rsidR="009E1F27" w14:paraId="3636AB7A" w14:textId="77777777">
        <w:trPr>
          <w:cantSplit/>
        </w:trPr>
        <w:tc>
          <w:tcPr>
            <w:tcW w:w="6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168950" w14:textId="77777777" w:rsidR="009E1F27" w:rsidRDefault="00000000">
            <w:pPr>
              <w:spacing w:after="0" w:line="259" w:lineRule="auto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6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9E7CF4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N/A</w:t>
            </w:r>
          </w:p>
        </w:tc>
        <w:tc>
          <w:tcPr>
            <w:tcW w:w="468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2C9400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Hanya digunakan jika tidak berlaku dan disertai alasan.</w:t>
            </w:r>
          </w:p>
        </w:tc>
      </w:tr>
      <w:tr w:rsidR="009E1F27" w14:paraId="6125C961" w14:textId="77777777">
        <w:trPr>
          <w:cantSplit/>
        </w:trPr>
        <w:tc>
          <w:tcPr>
            <w:tcW w:w="65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5D3B3D" w14:textId="77777777" w:rsidR="009E1F27" w:rsidRDefault="00000000">
            <w:pPr>
              <w:spacing w:after="0" w:line="259" w:lineRule="auto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6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B67DC9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Duplikasi</w:t>
            </w:r>
          </w:p>
        </w:tc>
        <w:tc>
          <w:tcPr>
            <w:tcW w:w="468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044DB5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Tidak ada penyalinan uraian yang sudah tersedia pada master data.</w:t>
            </w:r>
          </w:p>
        </w:tc>
      </w:tr>
    </w:tbl>
    <w:p w14:paraId="01AB8A06" w14:textId="77777777" w:rsidR="009E1F27" w:rsidRDefault="009E1F27">
      <w:pPr>
        <w:spacing w:after="0"/>
      </w:pPr>
    </w:p>
    <w:p w14:paraId="2CDABE5B" w14:textId="77777777" w:rsidR="009E1F27" w:rsidRDefault="00000000">
      <w:pPr>
        <w:pStyle w:val="Heading1"/>
      </w:pPr>
      <w:r>
        <w:t>8. Ringkasan Pembagian Tugas</w:t>
      </w: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5737"/>
      </w:tblGrid>
      <w:tr w:rsidR="009E1F27" w14:paraId="1EB3E57B" w14:textId="77777777">
        <w:trPr>
          <w:tblHeader/>
        </w:trPr>
        <w:tc>
          <w:tcPr>
            <w:tcW w:w="2200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5690C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Pihak</w:t>
            </w:r>
          </w:p>
        </w:tc>
        <w:tc>
          <w:tcPr>
            <w:tcW w:w="5737" w:type="dxa"/>
            <w:shd w:val="clear" w:color="auto" w:fill="0B2D5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5BE6D9" w14:textId="77777777" w:rsidR="009E1F27" w:rsidRDefault="00000000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Tugas Utama</w:t>
            </w:r>
          </w:p>
        </w:tc>
      </w:tr>
      <w:tr w:rsidR="009E1F27" w14:paraId="65BD2791" w14:textId="77777777">
        <w:trPr>
          <w:cantSplit/>
        </w:trPr>
        <w:tc>
          <w:tcPr>
            <w:tcW w:w="2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776092" w14:textId="77777777" w:rsidR="009E1F27" w:rsidRDefault="00000000">
            <w:pPr>
              <w:spacing w:after="0" w:line="259" w:lineRule="auto"/>
            </w:pPr>
            <w:r w:rsidRPr="00C3208A">
              <w:rPr>
                <w:b/>
                <w:i/>
                <w:sz w:val="18"/>
              </w:rPr>
              <w:t>Focal Point</w:t>
            </w:r>
          </w:p>
        </w:tc>
        <w:tc>
          <w:tcPr>
            <w:tcW w:w="57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C0A66A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Mengoordinasikan FRM-01 dan FRM-04, menyiapkan bukti, memberikan klarifikasi, dan memastikan progres diperbarui.</w:t>
            </w:r>
          </w:p>
        </w:tc>
      </w:tr>
      <w:tr w:rsidR="009E1F27" w14:paraId="3C91266B" w14:textId="77777777">
        <w:trPr>
          <w:cantSplit/>
        </w:trPr>
        <w:tc>
          <w:tcPr>
            <w:tcW w:w="22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3D792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lastRenderedPageBreak/>
              <w:t>Unit Pemilik Objek</w:t>
            </w:r>
          </w:p>
        </w:tc>
        <w:tc>
          <w:tcPr>
            <w:tcW w:w="57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91B31D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Menyediakan data substansi, indikator, bukti, dan melaksanakan tindak lanjut.</w:t>
            </w:r>
          </w:p>
        </w:tc>
      </w:tr>
      <w:tr w:rsidR="009E1F27" w14:paraId="018B172E" w14:textId="77777777">
        <w:trPr>
          <w:cantSplit/>
        </w:trPr>
        <w:tc>
          <w:tcPr>
            <w:tcW w:w="2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7BAA45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Petugas Pemantauan BAPPERIDA</w:t>
            </w:r>
          </w:p>
        </w:tc>
        <w:tc>
          <w:tcPr>
            <w:tcW w:w="57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3FD2E9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Mengisi FRM-02 berdasarkan fakta, bukti, dan klarifikasi.</w:t>
            </w:r>
          </w:p>
        </w:tc>
      </w:tr>
      <w:tr w:rsidR="009E1F27" w14:paraId="3FFDC702" w14:textId="77777777">
        <w:trPr>
          <w:cantSplit/>
        </w:trPr>
        <w:tc>
          <w:tcPr>
            <w:tcW w:w="22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04EDB7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Tim Evaluasi Teknis</w:t>
            </w:r>
          </w:p>
        </w:tc>
        <w:tc>
          <w:tcPr>
            <w:tcW w:w="57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20738D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Mengisi FRM-03, menetapkan nilai, analisis, serta rekomendasi.</w:t>
            </w:r>
          </w:p>
        </w:tc>
      </w:tr>
      <w:tr w:rsidR="009E1F27" w14:paraId="629B334B" w14:textId="77777777">
        <w:trPr>
          <w:cantSplit/>
        </w:trPr>
        <w:tc>
          <w:tcPr>
            <w:tcW w:w="22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C868F4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Pengelola Data/Dashboard</w:t>
            </w:r>
          </w:p>
        </w:tc>
        <w:tc>
          <w:tcPr>
            <w:tcW w:w="573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6F0838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Menetapkan ID Objek, menjaga master data, menarik register/rekap, dan mencatat status verifikasi.</w:t>
            </w:r>
          </w:p>
        </w:tc>
      </w:tr>
      <w:tr w:rsidR="009E1F27" w14:paraId="437E59EF" w14:textId="77777777">
        <w:trPr>
          <w:cantSplit/>
        </w:trPr>
        <w:tc>
          <w:tcPr>
            <w:tcW w:w="22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0BB443" w14:textId="77777777" w:rsidR="009E1F27" w:rsidRDefault="00000000">
            <w:pPr>
              <w:spacing w:after="0" w:line="259" w:lineRule="auto"/>
            </w:pPr>
            <w:r>
              <w:rPr>
                <w:b/>
                <w:sz w:val="18"/>
              </w:rPr>
              <w:t>Pimpinan</w:t>
            </w:r>
          </w:p>
        </w:tc>
        <w:tc>
          <w:tcPr>
            <w:tcW w:w="5737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0F5D63" w14:textId="77777777" w:rsidR="009E1F27" w:rsidRDefault="00000000">
            <w:pPr>
              <w:spacing w:after="0" w:line="259" w:lineRule="auto"/>
            </w:pPr>
            <w:r>
              <w:rPr>
                <w:sz w:val="18"/>
              </w:rPr>
              <w:t>Memberikan arahan atau keputusan pada isu yang memerlukan kewenangan lebih lanjut.</w:t>
            </w:r>
          </w:p>
        </w:tc>
      </w:tr>
    </w:tbl>
    <w:p w14:paraId="614CFDCA" w14:textId="77777777" w:rsidR="009E1F27" w:rsidRDefault="009E1F27">
      <w:pPr>
        <w:spacing w:after="0"/>
      </w:pPr>
    </w:p>
    <w:tbl>
      <w:tblPr>
        <w:tblW w:w="7937" w:type="dxa"/>
        <w:tblInd w:w="120" w:type="dxa"/>
        <w:tblBorders>
          <w:top w:val="single" w:sz="6" w:space="0" w:color="B8C7D9"/>
          <w:left w:val="single" w:sz="6" w:space="0" w:color="B8C7D9"/>
          <w:bottom w:val="single" w:sz="6" w:space="0" w:color="B8C7D9"/>
          <w:right w:val="single" w:sz="6" w:space="0" w:color="B8C7D9"/>
          <w:insideH w:val="single" w:sz="6" w:space="0" w:color="B8C7D9"/>
          <w:insideV w:val="single" w:sz="6" w:space="0" w:color="B8C7D9"/>
        </w:tblBorders>
        <w:tblLayout w:type="fixed"/>
        <w:tblLook w:val="04A0" w:firstRow="1" w:lastRow="0" w:firstColumn="1" w:lastColumn="0" w:noHBand="0" w:noVBand="1"/>
      </w:tblPr>
      <w:tblGrid>
        <w:gridCol w:w="7937"/>
      </w:tblGrid>
      <w:tr w:rsidR="009E1F27" w14:paraId="60FF7415" w14:textId="77777777">
        <w:tc>
          <w:tcPr>
            <w:tcW w:w="7937" w:type="dxa"/>
            <w:shd w:val="clear" w:color="auto" w:fill="FFF6D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B111A9" w14:textId="77777777" w:rsidR="009E1F27" w:rsidRDefault="00000000">
            <w:pPr>
              <w:spacing w:before="20" w:after="20" w:line="264" w:lineRule="auto"/>
            </w:pPr>
            <w:r>
              <w:rPr>
                <w:b/>
                <w:color w:val="0B2D5A"/>
                <w:sz w:val="19"/>
              </w:rPr>
              <w:t xml:space="preserve">Prinsip pembagian kerja: </w:t>
            </w:r>
            <w:r w:rsidRPr="00C3208A">
              <w:rPr>
                <w:i/>
                <w:sz w:val="19"/>
              </w:rPr>
              <w:t>Focal Point</w:t>
            </w:r>
            <w:r>
              <w:rPr>
                <w:sz w:val="19"/>
              </w:rPr>
              <w:t xml:space="preserve"> mengoordinasikan FRM-01 dan FRM-04. Tim BAPPERIDA mengisi FRM-02 dan FRM-03. Register serta rekapitulasi dihasilkan dari data yang telah tercatat pada dashboard SINERGI BRAVO.</w:t>
            </w:r>
          </w:p>
        </w:tc>
      </w:tr>
    </w:tbl>
    <w:p w14:paraId="431534DA" w14:textId="77777777" w:rsidR="009E1F27" w:rsidRDefault="009E1F27">
      <w:pPr>
        <w:spacing w:after="0"/>
      </w:pPr>
    </w:p>
    <w:sectPr w:rsidR="009E1F27" w:rsidSect="00034616">
      <w:headerReference w:type="default" r:id="rId9"/>
      <w:footerReference w:type="default" r:id="rId10"/>
      <w:pgSz w:w="11906" w:h="16838"/>
      <w:pgMar w:top="1701" w:right="1701" w:bottom="1701" w:left="226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D32D1" w14:textId="77777777" w:rsidR="000C63BA" w:rsidRDefault="000C63BA">
      <w:pPr>
        <w:spacing w:after="0" w:line="240" w:lineRule="auto"/>
      </w:pPr>
      <w:r>
        <w:separator/>
      </w:r>
    </w:p>
  </w:endnote>
  <w:endnote w:type="continuationSeparator" w:id="0">
    <w:p w14:paraId="50E6FC5B" w14:textId="77777777" w:rsidR="000C63BA" w:rsidRDefault="000C6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162B4" w14:textId="77777777" w:rsidR="009E1F27" w:rsidRDefault="00000000">
    <w:pPr>
      <w:pStyle w:val="Footer"/>
      <w:jc w:val="center"/>
    </w:pPr>
    <w:r>
      <w:rPr>
        <w:color w:val="5E6B78"/>
        <w:sz w:val="17"/>
      </w:rPr>
      <w:t xml:space="preserve">BAPPERIDA KOTA BANJARBARU  |  Halaman </w:t>
    </w:r>
    <w:r>
      <w:rPr>
        <w:color w:val="5E6B78"/>
        <w:sz w:val="17"/>
      </w:rPr>
      <w:fldChar w:fldCharType="begin"/>
    </w:r>
    <w:r>
      <w:rPr>
        <w:color w:val="5E6B78"/>
        <w:sz w:val="17"/>
      </w:rPr>
      <w:instrText>PAGE</w:instrText>
    </w:r>
    <w:r>
      <w:rPr>
        <w:color w:val="5E6B78"/>
        <w:sz w:val="17"/>
      </w:rPr>
      <w:fldChar w:fldCharType="separate"/>
    </w:r>
    <w:r>
      <w:rPr>
        <w:color w:val="5E6B78"/>
        <w:sz w:val="17"/>
      </w:rPr>
      <w:t>1</w:t>
    </w:r>
    <w:r>
      <w:rPr>
        <w:color w:val="5E6B78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B0AE4" w14:textId="77777777" w:rsidR="000C63BA" w:rsidRDefault="000C63BA">
      <w:pPr>
        <w:spacing w:after="0" w:line="240" w:lineRule="auto"/>
      </w:pPr>
      <w:r>
        <w:separator/>
      </w:r>
    </w:p>
  </w:footnote>
  <w:footnote w:type="continuationSeparator" w:id="0">
    <w:p w14:paraId="3C43942C" w14:textId="77777777" w:rsidR="000C63BA" w:rsidRDefault="000C6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B18A7" w14:textId="77777777" w:rsidR="009E1F27" w:rsidRDefault="00000000">
    <w:pPr>
      <w:pStyle w:val="Header"/>
      <w:tabs>
        <w:tab w:val="right" w:pos="7937"/>
      </w:tabs>
    </w:pPr>
    <w:r>
      <w:rPr>
        <w:b/>
        <w:color w:val="0B2D5A"/>
        <w:sz w:val="17"/>
      </w:rPr>
      <w:t>SINERGI BRAVO</w:t>
    </w:r>
    <w:r>
      <w:rPr>
        <w:color w:val="5E6B78"/>
        <w:sz w:val="17"/>
      </w:rPr>
      <w:tab/>
      <w:t>PEDOMAN PENGISIAN INSTRUMEN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E75416"/>
    <w:multiLevelType w:val="hybridMultilevel"/>
    <w:tmpl w:val="5238B1D6"/>
    <w:lvl w:ilvl="0" w:tplc="040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 w16cid:durableId="1440484973">
    <w:abstractNumId w:val="8"/>
  </w:num>
  <w:num w:numId="2" w16cid:durableId="553666495">
    <w:abstractNumId w:val="6"/>
  </w:num>
  <w:num w:numId="3" w16cid:durableId="1533372598">
    <w:abstractNumId w:val="5"/>
  </w:num>
  <w:num w:numId="4" w16cid:durableId="297758477">
    <w:abstractNumId w:val="4"/>
  </w:num>
  <w:num w:numId="5" w16cid:durableId="1634824528">
    <w:abstractNumId w:val="7"/>
  </w:num>
  <w:num w:numId="6" w16cid:durableId="518130245">
    <w:abstractNumId w:val="3"/>
  </w:num>
  <w:num w:numId="7" w16cid:durableId="429393859">
    <w:abstractNumId w:val="2"/>
  </w:num>
  <w:num w:numId="8" w16cid:durableId="1669865987">
    <w:abstractNumId w:val="1"/>
  </w:num>
  <w:num w:numId="9" w16cid:durableId="63183898">
    <w:abstractNumId w:val="0"/>
  </w:num>
  <w:num w:numId="10" w16cid:durableId="19739723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63BA"/>
    <w:rsid w:val="000F30CC"/>
    <w:rsid w:val="0015074B"/>
    <w:rsid w:val="0029639D"/>
    <w:rsid w:val="002F7924"/>
    <w:rsid w:val="00326F90"/>
    <w:rsid w:val="007E6C20"/>
    <w:rsid w:val="008E0E09"/>
    <w:rsid w:val="009E1F27"/>
    <w:rsid w:val="00AA1D8D"/>
    <w:rsid w:val="00B47730"/>
    <w:rsid w:val="00C05B08"/>
    <w:rsid w:val="00C3208A"/>
    <w:rsid w:val="00C65FD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7849C4"/>
  <w14:defaultImageDpi w14:val="300"/>
  <w15:docId w15:val="{0B91393D-591C-4F75-B21F-56E33BCF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1F293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0B2D5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0B2D5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0B2D5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17</Pages>
  <Words>4917</Words>
  <Characters>28028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Pedoman Pengisian Instrumen SINERGI BRAVO</vt:lpstr>
    </vt:vector>
  </TitlesOfParts>
  <Manager/>
  <Company/>
  <LinksUpToDate>false</LinksUpToDate>
  <CharactersWithSpaces>32880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Pedoman Pengisian Instrumen SINERGI BRAVO</dc:title>
  <dc:subject>Petunjuk dan contoh pengisian FRM-01 sampai FRM-04</dc:subject>
  <dc:creator>Bidang Riset dan Inovasi Daerah BAPPERIDA Kota Banjarbaru</dc:creator>
  <cp:keywords/>
  <dc:description>generated by python-docx</dc:description>
  <cp:lastModifiedBy>Algyfari Shaadiqin</cp:lastModifiedBy>
  <cp:revision>3</cp:revision>
  <cp:lastPrinted>2026-09-14T07:17:00Z</cp:lastPrinted>
  <dcterms:created xsi:type="dcterms:W3CDTF">2013-12-23T23:15:00Z</dcterms:created>
  <dcterms:modified xsi:type="dcterms:W3CDTF">2026-09-14T07:19:00Z</dcterms:modified>
  <cp:category/>
</cp:coreProperties>
</file>